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3BDE9" w14:textId="77777777" w:rsidR="00ED6193" w:rsidRDefault="00ED6193" w:rsidP="00ED6193">
      <w:pPr>
        <w:spacing w:after="0"/>
        <w:rPr>
          <w:b/>
          <w:sz w:val="26"/>
        </w:rPr>
      </w:pPr>
    </w:p>
    <w:p w14:paraId="3E81BE6E" w14:textId="77777777" w:rsidR="00ED6193" w:rsidRDefault="00ED6193" w:rsidP="00ED6193">
      <w:pPr>
        <w:spacing w:after="0"/>
        <w:jc w:val="center"/>
        <w:rPr>
          <w:rFonts w:ascii="Cambria" w:hAnsi="Cambria" w:cs="Calibri"/>
          <w:b/>
          <w:sz w:val="26"/>
        </w:rPr>
      </w:pPr>
    </w:p>
    <w:p w14:paraId="3C919D52" w14:textId="6E3D3E09" w:rsidR="003B6E4D" w:rsidRPr="00ED6193" w:rsidRDefault="000877F5" w:rsidP="00ED6193">
      <w:pPr>
        <w:spacing w:after="0"/>
        <w:jc w:val="center"/>
        <w:rPr>
          <w:rFonts w:ascii="Cambria" w:hAnsi="Cambria" w:cs="Calibri"/>
        </w:rPr>
      </w:pPr>
      <w:r w:rsidRPr="00ED6193">
        <w:rPr>
          <w:rFonts w:ascii="Cambria" w:hAnsi="Cambria" w:cs="Calibri"/>
          <w:b/>
          <w:sz w:val="26"/>
        </w:rPr>
        <w:t>COMMERCE BANK PRESIDENTIAL</w:t>
      </w:r>
    </w:p>
    <w:p w14:paraId="394D26DC" w14:textId="77777777" w:rsidR="003B6E4D" w:rsidRPr="00ED6193" w:rsidRDefault="000877F5" w:rsidP="00ED6193">
      <w:pPr>
        <w:spacing w:after="0"/>
        <w:jc w:val="center"/>
        <w:rPr>
          <w:rFonts w:ascii="Cambria" w:hAnsi="Cambria" w:cs="Calibri"/>
          <w:b/>
          <w:sz w:val="26"/>
        </w:rPr>
      </w:pPr>
      <w:r w:rsidRPr="00ED6193">
        <w:rPr>
          <w:rFonts w:ascii="Cambria" w:hAnsi="Cambria" w:cs="Calibri"/>
          <w:b/>
          <w:sz w:val="26"/>
        </w:rPr>
        <w:t>STUDENT AWARD FOR STUDENT BELONGING</w:t>
      </w:r>
    </w:p>
    <w:p w14:paraId="69D7E4AE" w14:textId="77777777" w:rsidR="00ED6193" w:rsidRPr="00ED6193" w:rsidRDefault="00ED6193" w:rsidP="00ED6193">
      <w:pPr>
        <w:jc w:val="center"/>
        <w:rPr>
          <w:rFonts w:ascii="Cambria" w:hAnsi="Cambria" w:cs="Calibri"/>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170"/>
        <w:gridCol w:w="8054"/>
      </w:tblGrid>
      <w:tr w:rsidR="003B6E4D" w:rsidRPr="00ED6193" w14:paraId="164BC322" w14:textId="77777777">
        <w:trPr>
          <w:jc w:val="center"/>
        </w:trPr>
        <w:tc>
          <w:tcPr>
            <w:tcW w:w="2232" w:type="dxa"/>
          </w:tcPr>
          <w:p w14:paraId="5FD8981E" w14:textId="77777777" w:rsidR="003B6E4D" w:rsidRPr="00ED6193" w:rsidRDefault="000877F5" w:rsidP="00ED6193">
            <w:pPr>
              <w:rPr>
                <w:rFonts w:ascii="Cambria" w:hAnsi="Cambria" w:cs="Calibri"/>
              </w:rPr>
            </w:pPr>
            <w:r w:rsidRPr="00ED6193">
              <w:rPr>
                <w:rFonts w:ascii="Cambria" w:hAnsi="Cambria" w:cs="Calibri"/>
                <w:b/>
              </w:rPr>
              <w:t>PURPOSE OF AWARD</w:t>
            </w:r>
          </w:p>
        </w:tc>
        <w:tc>
          <w:tcPr>
            <w:tcW w:w="8424" w:type="dxa"/>
          </w:tcPr>
          <w:p w14:paraId="13509AB5" w14:textId="77777777" w:rsidR="003B6E4D" w:rsidRPr="00ED6193" w:rsidRDefault="000877F5" w:rsidP="00ED6193">
            <w:pPr>
              <w:rPr>
                <w:rFonts w:ascii="Cambria" w:hAnsi="Cambria" w:cs="Calibri"/>
              </w:rPr>
            </w:pPr>
            <w:r w:rsidRPr="00ED6193">
              <w:rPr>
                <w:rFonts w:ascii="Cambria" w:hAnsi="Cambria" w:cs="Calibri"/>
              </w:rPr>
              <w:t>The Commerce Bank Presidential Student Award for Distinguished Service in Student Belonging recognizes outstanding individual contributions to the promotion of a culture of belonging for all by students. Nominations and applications for this award will be accepted for Kansas State University for the 2026 to 2027 academic year.</w:t>
            </w:r>
          </w:p>
        </w:tc>
      </w:tr>
    </w:tbl>
    <w:p w14:paraId="7389BDB9" w14:textId="77777777" w:rsidR="003B6E4D" w:rsidRPr="00ED6193" w:rsidRDefault="003B6E4D" w:rsidP="00ED6193">
      <w:pPr>
        <w:rPr>
          <w:rFonts w:ascii="Cambria" w:hAnsi="Cambria" w:cs="Calibri"/>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180"/>
        <w:gridCol w:w="8044"/>
      </w:tblGrid>
      <w:tr w:rsidR="003B6E4D" w:rsidRPr="00ED6193" w14:paraId="63D66267" w14:textId="77777777">
        <w:trPr>
          <w:jc w:val="center"/>
        </w:trPr>
        <w:tc>
          <w:tcPr>
            <w:tcW w:w="2232" w:type="dxa"/>
          </w:tcPr>
          <w:p w14:paraId="06406243" w14:textId="77777777" w:rsidR="003B6E4D" w:rsidRPr="00ED6193" w:rsidRDefault="000877F5" w:rsidP="00ED6193">
            <w:pPr>
              <w:rPr>
                <w:rFonts w:ascii="Cambria" w:hAnsi="Cambria" w:cs="Calibri"/>
              </w:rPr>
            </w:pPr>
            <w:r w:rsidRPr="00ED6193">
              <w:rPr>
                <w:rFonts w:ascii="Cambria" w:hAnsi="Cambria" w:cs="Calibri"/>
                <w:b/>
              </w:rPr>
              <w:t>ELIGIBILITY</w:t>
            </w:r>
          </w:p>
        </w:tc>
        <w:tc>
          <w:tcPr>
            <w:tcW w:w="8424" w:type="dxa"/>
          </w:tcPr>
          <w:p w14:paraId="6F066826" w14:textId="16FF91AA" w:rsidR="003B6E4D" w:rsidRPr="00ED6193" w:rsidRDefault="000877F5" w:rsidP="00ED6193">
            <w:pPr>
              <w:rPr>
                <w:rFonts w:ascii="Cambria" w:hAnsi="Cambria" w:cs="Calibri"/>
              </w:rPr>
            </w:pPr>
            <w:r w:rsidRPr="00ED6193">
              <w:rPr>
                <w:rFonts w:ascii="Cambria" w:hAnsi="Cambria" w:cs="Calibri"/>
              </w:rPr>
              <w:t xml:space="preserve">This award is for undergraduate and graduate students who have demonstrated excellence in the enhancement of student belonging at Kansas State University prior to </w:t>
            </w:r>
            <w:r w:rsidRPr="00ED6193">
              <w:rPr>
                <w:rFonts w:ascii="Cambria" w:hAnsi="Cambria" w:cs="Calibri"/>
                <w:b/>
                <w:bCs/>
              </w:rPr>
              <w:t>June 30, 2026</w:t>
            </w:r>
            <w:r w:rsidRPr="00ED6193">
              <w:rPr>
                <w:rFonts w:ascii="Cambria" w:hAnsi="Cambria" w:cs="Calibri"/>
              </w:rPr>
              <w:t>. To be eligible for the award, the applicant or nominee must be enrolled during the academic school year of 2026 to 2027 and must attend the awards ceremony during the University’s Martin Luther King, Jr. Observance Week in January 2027.</w:t>
            </w:r>
            <w:r w:rsidR="00FE765A">
              <w:rPr>
                <w:rFonts w:ascii="Cambria" w:hAnsi="Cambria" w:cs="Calibri"/>
              </w:rPr>
              <w:t xml:space="preserve"> M</w:t>
            </w:r>
            <w:r w:rsidR="00FE765A" w:rsidRPr="00235BFF">
              <w:rPr>
                <w:rFonts w:ascii="Cambria" w:hAnsi="Cambria"/>
              </w:rPr>
              <w:t xml:space="preserve">ay be someone previously </w:t>
            </w:r>
            <w:r w:rsidR="00FE765A" w:rsidRPr="00235BFF">
              <w:rPr>
                <w:rFonts w:ascii="Cambria" w:hAnsi="Cambria"/>
              </w:rPr>
              <w:t>nominated but</w:t>
            </w:r>
            <w:r w:rsidR="00FE765A" w:rsidRPr="00235BFF">
              <w:rPr>
                <w:rFonts w:ascii="Cambria" w:hAnsi="Cambria"/>
              </w:rPr>
              <w:t xml:space="preserve"> not awarded in the past.</w:t>
            </w:r>
          </w:p>
        </w:tc>
      </w:tr>
    </w:tbl>
    <w:p w14:paraId="3289F923" w14:textId="77777777" w:rsidR="003B6E4D" w:rsidRPr="00ED6193" w:rsidRDefault="003B6E4D" w:rsidP="00ED6193">
      <w:pPr>
        <w:rPr>
          <w:rFonts w:ascii="Cambria" w:hAnsi="Cambria" w:cs="Calibri"/>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164"/>
        <w:gridCol w:w="8060"/>
      </w:tblGrid>
      <w:tr w:rsidR="003B6E4D" w:rsidRPr="00ED6193" w14:paraId="36DBB72C" w14:textId="77777777">
        <w:trPr>
          <w:jc w:val="center"/>
        </w:trPr>
        <w:tc>
          <w:tcPr>
            <w:tcW w:w="2232" w:type="dxa"/>
          </w:tcPr>
          <w:p w14:paraId="722786E2" w14:textId="77777777" w:rsidR="003B6E4D" w:rsidRPr="00ED6193" w:rsidRDefault="000877F5" w:rsidP="00ED6193">
            <w:pPr>
              <w:rPr>
                <w:rFonts w:ascii="Cambria" w:hAnsi="Cambria" w:cs="Calibri"/>
              </w:rPr>
            </w:pPr>
            <w:r w:rsidRPr="00ED6193">
              <w:rPr>
                <w:rFonts w:ascii="Cambria" w:hAnsi="Cambria" w:cs="Calibri"/>
                <w:b/>
              </w:rPr>
              <w:t>NATURE OF AWARD</w:t>
            </w:r>
          </w:p>
        </w:tc>
        <w:tc>
          <w:tcPr>
            <w:tcW w:w="8424" w:type="dxa"/>
          </w:tcPr>
          <w:p w14:paraId="716E7DC4" w14:textId="77777777" w:rsidR="003B6E4D" w:rsidRPr="00ED6193" w:rsidRDefault="000877F5" w:rsidP="00ED6193">
            <w:pPr>
              <w:rPr>
                <w:rFonts w:ascii="Cambria" w:hAnsi="Cambria" w:cs="Calibri"/>
              </w:rPr>
            </w:pPr>
            <w:r w:rsidRPr="00ED6193">
              <w:rPr>
                <w:rFonts w:ascii="Cambria" w:hAnsi="Cambria" w:cs="Calibri"/>
              </w:rPr>
              <w:t>The recipient of this award will receive a plaque and a cash award. The award will be presented at a special reception during the University’s Martin Luther King, Jr. Observance Week and will be recognized at spring commencement.</w:t>
            </w:r>
          </w:p>
        </w:tc>
      </w:tr>
    </w:tbl>
    <w:p w14:paraId="260EED46" w14:textId="77777777" w:rsidR="003B6E4D" w:rsidRPr="00ED6193" w:rsidRDefault="003B6E4D" w:rsidP="00ED6193">
      <w:pPr>
        <w:rPr>
          <w:rFonts w:ascii="Cambria" w:hAnsi="Cambria" w:cs="Calibri"/>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189"/>
        <w:gridCol w:w="8035"/>
      </w:tblGrid>
      <w:tr w:rsidR="003B6E4D" w:rsidRPr="00ED6193" w14:paraId="672F94F0" w14:textId="77777777">
        <w:trPr>
          <w:jc w:val="center"/>
        </w:trPr>
        <w:tc>
          <w:tcPr>
            <w:tcW w:w="2232" w:type="dxa"/>
          </w:tcPr>
          <w:p w14:paraId="25B16B8D" w14:textId="77777777" w:rsidR="003B6E4D" w:rsidRPr="00ED6193" w:rsidRDefault="000877F5" w:rsidP="00ED6193">
            <w:pPr>
              <w:rPr>
                <w:rFonts w:ascii="Cambria" w:hAnsi="Cambria" w:cs="Calibri"/>
              </w:rPr>
            </w:pPr>
            <w:r w:rsidRPr="00ED6193">
              <w:rPr>
                <w:rFonts w:ascii="Cambria" w:hAnsi="Cambria" w:cs="Calibri"/>
                <w:b/>
              </w:rPr>
              <w:t>CRITERIA FOR NOMINATION</w:t>
            </w:r>
          </w:p>
        </w:tc>
        <w:tc>
          <w:tcPr>
            <w:tcW w:w="8424" w:type="dxa"/>
          </w:tcPr>
          <w:p w14:paraId="2277C0E3" w14:textId="77777777" w:rsidR="003B6E4D" w:rsidRPr="00ED6193" w:rsidRDefault="000877F5" w:rsidP="00ED6193">
            <w:pPr>
              <w:rPr>
                <w:rFonts w:ascii="Cambria" w:hAnsi="Cambria" w:cs="Calibri"/>
              </w:rPr>
            </w:pPr>
            <w:r w:rsidRPr="00ED6193">
              <w:rPr>
                <w:rFonts w:ascii="Cambria" w:hAnsi="Cambria" w:cs="Calibri"/>
              </w:rPr>
              <w:t>The criteria for this award include the following:</w:t>
            </w:r>
          </w:p>
        </w:tc>
      </w:tr>
    </w:tbl>
    <w:p w14:paraId="3FF8BF98" w14:textId="7FBC99C7" w:rsidR="00ED6193" w:rsidRPr="00ED6193" w:rsidRDefault="00ED6193" w:rsidP="00ED6193">
      <w:pPr>
        <w:pStyle w:val="ListParagraph"/>
        <w:numPr>
          <w:ilvl w:val="0"/>
          <w:numId w:val="10"/>
        </w:numPr>
        <w:rPr>
          <w:rFonts w:ascii="Cambria" w:hAnsi="Cambria" w:cs="Calibri"/>
          <w:b/>
          <w:bCs/>
        </w:rPr>
      </w:pPr>
      <w:r w:rsidRPr="00ED6193">
        <w:rPr>
          <w:rFonts w:ascii="Cambria" w:hAnsi="Cambria" w:cs="Calibri"/>
        </w:rPr>
        <w:t>T</w:t>
      </w:r>
      <w:r w:rsidR="000877F5" w:rsidRPr="00ED6193">
        <w:rPr>
          <w:rFonts w:ascii="Cambria" w:hAnsi="Cambria" w:cs="Calibri"/>
        </w:rPr>
        <w:t xml:space="preserve">he nominee must be a </w:t>
      </w:r>
      <w:r w:rsidR="000877F5" w:rsidRPr="00ED6193">
        <w:rPr>
          <w:rFonts w:ascii="Cambria" w:hAnsi="Cambria" w:cs="Calibri"/>
          <w:b/>
          <w:bCs/>
        </w:rPr>
        <w:t>K</w:t>
      </w:r>
      <w:r w:rsidRPr="00ED6193">
        <w:rPr>
          <w:rFonts w:ascii="Cambria" w:hAnsi="Cambria" w:cs="Calibri"/>
          <w:b/>
          <w:bCs/>
        </w:rPr>
        <w:t>-</w:t>
      </w:r>
      <w:r w:rsidR="000877F5" w:rsidRPr="00ED6193">
        <w:rPr>
          <w:rFonts w:ascii="Cambria" w:hAnsi="Cambria" w:cs="Calibri"/>
          <w:b/>
          <w:bCs/>
        </w:rPr>
        <w:t>State undergraduate or graduate student in good academic standing.</w:t>
      </w:r>
    </w:p>
    <w:p w14:paraId="13CF19C8" w14:textId="184EF022" w:rsidR="003B6E4D" w:rsidRPr="00ED6193" w:rsidRDefault="000877F5" w:rsidP="00ED6193">
      <w:pPr>
        <w:pStyle w:val="ListParagraph"/>
        <w:numPr>
          <w:ilvl w:val="0"/>
          <w:numId w:val="10"/>
        </w:numPr>
        <w:rPr>
          <w:rFonts w:ascii="Cambria" w:hAnsi="Cambria" w:cs="Calibri"/>
        </w:rPr>
      </w:pPr>
      <w:r w:rsidRPr="00ED6193">
        <w:rPr>
          <w:rFonts w:ascii="Cambria" w:hAnsi="Cambria" w:cs="Calibri"/>
        </w:rPr>
        <w:t>The nominee must have demonstrated exceptional character, leadership and service toward the enhancement of a culture of belonging in any active form at K</w:t>
      </w:r>
      <w:r w:rsidR="00ED6193" w:rsidRPr="00ED6193">
        <w:rPr>
          <w:rFonts w:ascii="Cambria" w:hAnsi="Cambria" w:cs="Calibri"/>
        </w:rPr>
        <w:t>-</w:t>
      </w:r>
      <w:r w:rsidRPr="00ED6193">
        <w:rPr>
          <w:rFonts w:ascii="Cambria" w:hAnsi="Cambria" w:cs="Calibri"/>
        </w:rPr>
        <w:t>State such as outstanding service and leadership in areas that affect students from low</w:t>
      </w:r>
      <w:r w:rsidR="00ED6193" w:rsidRPr="00ED6193">
        <w:rPr>
          <w:rFonts w:ascii="Cambria" w:hAnsi="Cambria" w:cs="Calibri"/>
        </w:rPr>
        <w:t>-</w:t>
      </w:r>
      <w:r w:rsidRPr="00ED6193">
        <w:rPr>
          <w:rFonts w:ascii="Cambria" w:hAnsi="Cambria" w:cs="Calibri"/>
        </w:rPr>
        <w:t>income, first</w:t>
      </w:r>
      <w:r w:rsidR="00ED6193" w:rsidRPr="00ED6193">
        <w:rPr>
          <w:rFonts w:ascii="Cambria" w:hAnsi="Cambria" w:cs="Calibri"/>
        </w:rPr>
        <w:t>-</w:t>
      </w:r>
      <w:r w:rsidRPr="00ED6193">
        <w:rPr>
          <w:rFonts w:ascii="Cambria" w:hAnsi="Cambria" w:cs="Calibri"/>
        </w:rPr>
        <w:t>generation, or any other background; outstanding contributions in creating awareness, appreciation, and respect for all student populations; and outstanding efforts in creating and helping to maintain a campus environment which contributes to the well</w:t>
      </w:r>
      <w:r w:rsidR="00ED6193" w:rsidRPr="00ED6193">
        <w:rPr>
          <w:rFonts w:ascii="Cambria" w:hAnsi="Cambria" w:cs="Calibri"/>
        </w:rPr>
        <w:t>-</w:t>
      </w:r>
      <w:r w:rsidRPr="00ED6193">
        <w:rPr>
          <w:rFonts w:ascii="Cambria" w:hAnsi="Cambria" w:cs="Calibri"/>
        </w:rPr>
        <w:t>being of low</w:t>
      </w:r>
      <w:r w:rsidR="00ED6193" w:rsidRPr="00ED6193">
        <w:rPr>
          <w:rFonts w:ascii="Cambria" w:hAnsi="Cambria" w:cs="Calibri"/>
        </w:rPr>
        <w:t>-</w:t>
      </w:r>
      <w:r w:rsidRPr="00ED6193">
        <w:rPr>
          <w:rFonts w:ascii="Cambria" w:hAnsi="Cambria" w:cs="Calibri"/>
        </w:rPr>
        <w:t>income or first</w:t>
      </w:r>
      <w:r w:rsidR="00ED6193" w:rsidRPr="00ED6193">
        <w:rPr>
          <w:rFonts w:ascii="Cambria" w:hAnsi="Cambria" w:cs="Calibri"/>
        </w:rPr>
        <w:t>-</w:t>
      </w:r>
      <w:r w:rsidRPr="00ED6193">
        <w:rPr>
          <w:rFonts w:ascii="Cambria" w:hAnsi="Cambria" w:cs="Calibri"/>
        </w:rPr>
        <w:t>generation students or to the sense of belonging of all students.</w:t>
      </w:r>
    </w:p>
    <w:p w14:paraId="00A3D46A" w14:textId="77777777" w:rsidR="00ED6193" w:rsidRPr="00ED6193" w:rsidRDefault="00ED6193" w:rsidP="00ED6193">
      <w:pPr>
        <w:rPr>
          <w:rFonts w:ascii="Cambria" w:hAnsi="Cambria" w:cs="Calibri"/>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189"/>
        <w:gridCol w:w="8035"/>
      </w:tblGrid>
      <w:tr w:rsidR="003B6E4D" w:rsidRPr="00ED6193" w14:paraId="3D7D0A8E" w14:textId="77777777">
        <w:trPr>
          <w:jc w:val="center"/>
        </w:trPr>
        <w:tc>
          <w:tcPr>
            <w:tcW w:w="2232" w:type="dxa"/>
          </w:tcPr>
          <w:p w14:paraId="0B1CC542" w14:textId="77777777" w:rsidR="003B6E4D" w:rsidRPr="00ED6193" w:rsidRDefault="000877F5" w:rsidP="00ED6193">
            <w:pPr>
              <w:rPr>
                <w:rFonts w:ascii="Cambria" w:hAnsi="Cambria" w:cs="Calibri"/>
              </w:rPr>
            </w:pPr>
            <w:r w:rsidRPr="00ED6193">
              <w:rPr>
                <w:rFonts w:ascii="Cambria" w:hAnsi="Cambria" w:cs="Calibri"/>
                <w:b/>
              </w:rPr>
              <w:t>APPLICATIONS AND NOMINATIONS</w:t>
            </w:r>
          </w:p>
        </w:tc>
        <w:tc>
          <w:tcPr>
            <w:tcW w:w="8424" w:type="dxa"/>
          </w:tcPr>
          <w:p w14:paraId="053238E9" w14:textId="77777777" w:rsidR="00ED6193" w:rsidRDefault="000877F5" w:rsidP="00ED6193">
            <w:pPr>
              <w:rPr>
                <w:rFonts w:ascii="Cambria" w:hAnsi="Cambria" w:cs="Calibri"/>
              </w:rPr>
            </w:pPr>
            <w:r w:rsidRPr="00ED6193">
              <w:rPr>
                <w:rFonts w:ascii="Cambria" w:hAnsi="Cambria" w:cs="Calibri"/>
              </w:rPr>
              <w:t xml:space="preserve">Students who are eligible for this award can apply directly or be nominated by other university students, faculty, staff or administrators. The deadline for nominations and applications is </w:t>
            </w:r>
            <w:r w:rsidRPr="00ED6193">
              <w:rPr>
                <w:rFonts w:ascii="Cambria" w:hAnsi="Cambria" w:cs="Calibri"/>
                <w:b/>
                <w:bCs/>
              </w:rPr>
              <w:t>5:00 p.m. on Friday, October 30, 2026</w:t>
            </w:r>
            <w:r w:rsidRPr="00ED6193">
              <w:rPr>
                <w:rFonts w:ascii="Cambria" w:hAnsi="Cambria" w:cs="Calibri"/>
              </w:rPr>
              <w:t xml:space="preserve">. </w:t>
            </w:r>
          </w:p>
          <w:p w14:paraId="1E7CB294" w14:textId="77777777" w:rsidR="00ED6193" w:rsidRDefault="000877F5" w:rsidP="00ED6193">
            <w:pPr>
              <w:rPr>
                <w:rFonts w:ascii="Cambria" w:hAnsi="Cambria" w:cs="Calibri"/>
              </w:rPr>
            </w:pPr>
            <w:r w:rsidRPr="00ED6193">
              <w:rPr>
                <w:rFonts w:ascii="Cambria" w:hAnsi="Cambria" w:cs="Calibri"/>
              </w:rPr>
              <w:t>Completed nomination packets must be emailed to</w:t>
            </w:r>
            <w:r w:rsidR="00ED6193">
              <w:rPr>
                <w:rFonts w:ascii="Cambria" w:hAnsi="Cambria" w:cs="Calibri"/>
              </w:rPr>
              <w:t>:</w:t>
            </w:r>
          </w:p>
          <w:p w14:paraId="71DA6AC2" w14:textId="633E75E2" w:rsidR="00ED6193" w:rsidRDefault="000877F5" w:rsidP="00ED6193">
            <w:pPr>
              <w:jc w:val="center"/>
              <w:rPr>
                <w:rFonts w:ascii="Cambria" w:hAnsi="Cambria" w:cs="Calibri"/>
              </w:rPr>
            </w:pPr>
            <w:r w:rsidRPr="00ED6193">
              <w:rPr>
                <w:rFonts w:ascii="Cambria" w:hAnsi="Cambria" w:cs="Calibri"/>
                <w:b/>
                <w:bCs/>
              </w:rPr>
              <w:t xml:space="preserve">Ana Guanes </w:t>
            </w:r>
            <w:r w:rsidRPr="00ED6193">
              <w:rPr>
                <w:rFonts w:ascii="Cambria" w:hAnsi="Cambria" w:cs="Calibri"/>
              </w:rPr>
              <w:t xml:space="preserve">at </w:t>
            </w:r>
            <w:r w:rsidRPr="00ED6193">
              <w:rPr>
                <w:rFonts w:ascii="Cambria" w:hAnsi="Cambria" w:cs="Calibri"/>
                <w:b/>
                <w:bCs/>
              </w:rPr>
              <w:t>anaguanes@ksu.edu</w:t>
            </w:r>
            <w:r w:rsidRPr="00ED6193">
              <w:rPr>
                <w:rFonts w:ascii="Cambria" w:hAnsi="Cambria" w:cs="Calibri"/>
              </w:rPr>
              <w:t xml:space="preserve"> with </w:t>
            </w:r>
            <w:r w:rsidRPr="00ED6193">
              <w:rPr>
                <w:rFonts w:ascii="Cambria" w:hAnsi="Cambria" w:cs="Calibri"/>
                <w:b/>
                <w:bCs/>
              </w:rPr>
              <w:t>belonging@k-state.edu</w:t>
            </w:r>
            <w:r w:rsidRPr="00ED6193">
              <w:rPr>
                <w:rFonts w:ascii="Cambria" w:hAnsi="Cambria" w:cs="Calibri"/>
              </w:rPr>
              <w:t xml:space="preserve"> copied on the email.</w:t>
            </w:r>
          </w:p>
          <w:p w14:paraId="69C81FE9" w14:textId="457D455A" w:rsidR="003B6E4D" w:rsidRPr="00ED6193" w:rsidRDefault="000877F5" w:rsidP="00ED6193">
            <w:pPr>
              <w:jc w:val="center"/>
              <w:rPr>
                <w:rFonts w:ascii="Cambria" w:hAnsi="Cambria" w:cs="Calibri"/>
                <w:b/>
                <w:bCs/>
                <w:i/>
                <w:iCs/>
              </w:rPr>
            </w:pPr>
            <w:r w:rsidRPr="00ED6193">
              <w:rPr>
                <w:rFonts w:ascii="Cambria" w:hAnsi="Cambria" w:cs="Calibri"/>
                <w:b/>
                <w:bCs/>
                <w:i/>
                <w:iCs/>
              </w:rPr>
              <w:t>Questions may be sent to Ana Guanes at anaguanes@ksu.edu.</w:t>
            </w:r>
          </w:p>
        </w:tc>
      </w:tr>
    </w:tbl>
    <w:p w14:paraId="010ACC6C" w14:textId="77777777" w:rsidR="003B6E4D" w:rsidRPr="00ED6193" w:rsidRDefault="003B6E4D">
      <w:pPr>
        <w:spacing w:after="20"/>
        <w:rPr>
          <w:rFonts w:ascii="Cambria" w:hAnsi="Cambria" w:cs="Calibri"/>
        </w:rPr>
      </w:pPr>
    </w:p>
    <w:p w14:paraId="1650EEC1" w14:textId="77777777" w:rsidR="003B6E4D" w:rsidRPr="00ED6193" w:rsidRDefault="000877F5">
      <w:pPr>
        <w:rPr>
          <w:rFonts w:ascii="Cambria" w:hAnsi="Cambria" w:cs="Calibri"/>
        </w:rPr>
      </w:pPr>
      <w:r w:rsidRPr="00ED6193">
        <w:rPr>
          <w:rFonts w:ascii="Cambria" w:hAnsi="Cambria" w:cs="Calibri"/>
        </w:rPr>
        <w:br w:type="page"/>
      </w:r>
    </w:p>
    <w:p w14:paraId="04F3DFFE" w14:textId="77777777" w:rsidR="00ED6193" w:rsidRDefault="00ED6193">
      <w:pPr>
        <w:spacing w:after="40"/>
        <w:jc w:val="center"/>
        <w:rPr>
          <w:rFonts w:ascii="Cambria" w:hAnsi="Cambria" w:cs="Calibri"/>
          <w:b/>
          <w:sz w:val="26"/>
        </w:rPr>
      </w:pPr>
    </w:p>
    <w:p w14:paraId="39E41956" w14:textId="2823EACF" w:rsidR="003B6E4D" w:rsidRPr="00ED6193" w:rsidRDefault="000877F5">
      <w:pPr>
        <w:spacing w:after="40"/>
        <w:jc w:val="center"/>
        <w:rPr>
          <w:rFonts w:ascii="Cambria" w:hAnsi="Cambria" w:cs="Calibri"/>
        </w:rPr>
      </w:pPr>
      <w:r w:rsidRPr="00ED6193">
        <w:rPr>
          <w:rFonts w:ascii="Cambria" w:hAnsi="Cambria" w:cs="Calibri"/>
          <w:b/>
          <w:sz w:val="26"/>
        </w:rPr>
        <w:t>COMMERCE BANK PRESIDENTIAL</w:t>
      </w:r>
    </w:p>
    <w:p w14:paraId="7EACD88F" w14:textId="77777777" w:rsidR="003B6E4D" w:rsidRPr="00ED6193" w:rsidRDefault="000877F5">
      <w:pPr>
        <w:spacing w:after="40"/>
        <w:jc w:val="center"/>
        <w:rPr>
          <w:rFonts w:ascii="Cambria" w:hAnsi="Cambria" w:cs="Calibri"/>
        </w:rPr>
      </w:pPr>
      <w:r w:rsidRPr="00ED6193">
        <w:rPr>
          <w:rFonts w:ascii="Cambria" w:hAnsi="Cambria" w:cs="Calibri"/>
          <w:b/>
          <w:sz w:val="26"/>
        </w:rPr>
        <w:t>STUDENT AWARD FOR STUDENT BELONGING</w:t>
      </w:r>
    </w:p>
    <w:p w14:paraId="47FCE614" w14:textId="77777777" w:rsidR="003B6E4D" w:rsidRPr="00ED6193" w:rsidRDefault="000877F5">
      <w:pPr>
        <w:spacing w:after="40"/>
        <w:jc w:val="center"/>
        <w:rPr>
          <w:rFonts w:ascii="Cambria" w:hAnsi="Cambria" w:cs="Calibri"/>
          <w:u w:val="single"/>
        </w:rPr>
      </w:pPr>
      <w:r w:rsidRPr="00ED6193">
        <w:rPr>
          <w:rFonts w:ascii="Cambria" w:hAnsi="Cambria" w:cs="Calibri"/>
          <w:b/>
          <w:sz w:val="26"/>
          <w:u w:val="single"/>
        </w:rPr>
        <w:t>NOMINATION FORM</w:t>
      </w:r>
    </w:p>
    <w:p w14:paraId="4C13581E" w14:textId="77777777" w:rsidR="003B6E4D" w:rsidRPr="00ED6193" w:rsidRDefault="000877F5" w:rsidP="00ED6193">
      <w:pPr>
        <w:spacing w:before="240"/>
        <w:rPr>
          <w:rFonts w:ascii="Cambria" w:hAnsi="Cambria" w:cs="Calibri"/>
        </w:rPr>
      </w:pPr>
      <w:r w:rsidRPr="00ED6193">
        <w:rPr>
          <w:rFonts w:ascii="Cambria" w:hAnsi="Cambria" w:cs="Calibri"/>
        </w:rPr>
        <w:t>Please provide the following information about the applicant or nominee:</w:t>
      </w:r>
    </w:p>
    <w:p w14:paraId="1D286259" w14:textId="77777777" w:rsidR="003B6E4D" w:rsidRPr="00ED6193" w:rsidRDefault="000877F5" w:rsidP="00ED6193">
      <w:pPr>
        <w:spacing w:after="20"/>
        <w:ind w:left="720"/>
        <w:rPr>
          <w:rFonts w:ascii="Cambria" w:hAnsi="Cambria" w:cs="Calibri"/>
        </w:rPr>
      </w:pPr>
      <w:r w:rsidRPr="00ED6193">
        <w:rPr>
          <w:rFonts w:ascii="Cambria" w:hAnsi="Cambria" w:cs="Calibri"/>
        </w:rPr>
        <w:t>Name: ____________________________________________</w:t>
      </w:r>
    </w:p>
    <w:p w14:paraId="3151B5F1" w14:textId="7B63DEC1" w:rsidR="003B6E4D" w:rsidRPr="00ED6193" w:rsidRDefault="000877F5" w:rsidP="00ED6193">
      <w:pPr>
        <w:spacing w:after="20"/>
        <w:ind w:left="720"/>
        <w:rPr>
          <w:rFonts w:ascii="Cambria" w:hAnsi="Cambria" w:cs="Calibri"/>
        </w:rPr>
      </w:pPr>
      <w:r w:rsidRPr="00ED6193">
        <w:rPr>
          <w:rFonts w:ascii="Cambria" w:hAnsi="Cambria" w:cs="Calibri"/>
        </w:rPr>
        <w:t>Phone Number: __________________________________</w:t>
      </w:r>
    </w:p>
    <w:p w14:paraId="26BDAE93" w14:textId="41657E63" w:rsidR="003B6E4D" w:rsidRPr="00ED6193" w:rsidRDefault="000877F5" w:rsidP="00ED6193">
      <w:pPr>
        <w:spacing w:after="20"/>
        <w:ind w:left="720"/>
        <w:rPr>
          <w:rFonts w:ascii="Cambria" w:hAnsi="Cambria" w:cs="Calibri"/>
        </w:rPr>
      </w:pPr>
      <w:r w:rsidRPr="00ED6193">
        <w:rPr>
          <w:rFonts w:ascii="Cambria" w:hAnsi="Cambria" w:cs="Calibri"/>
        </w:rPr>
        <w:t>Address: __________________________________________</w:t>
      </w:r>
    </w:p>
    <w:p w14:paraId="55DF16F1" w14:textId="0D29B3B6" w:rsidR="003B6E4D" w:rsidRPr="00ED6193" w:rsidRDefault="000877F5" w:rsidP="00ED6193">
      <w:pPr>
        <w:spacing w:after="20"/>
        <w:ind w:left="720"/>
        <w:rPr>
          <w:rFonts w:ascii="Cambria" w:hAnsi="Cambria" w:cs="Calibri"/>
        </w:rPr>
      </w:pPr>
      <w:r w:rsidRPr="00ED6193">
        <w:rPr>
          <w:rFonts w:ascii="Cambria" w:hAnsi="Cambria" w:cs="Calibri"/>
        </w:rPr>
        <w:t>Email: ____________________________________________</w:t>
      </w:r>
      <w:r w:rsidRPr="00ED6193">
        <w:rPr>
          <w:rFonts w:ascii="Cambria" w:hAnsi="Cambria" w:cs="Calibri"/>
        </w:rPr>
        <w:t>_</w:t>
      </w:r>
    </w:p>
    <w:p w14:paraId="6A7FF7B6" w14:textId="0F26E08F" w:rsidR="003B6E4D" w:rsidRPr="00ED6193" w:rsidRDefault="000877F5" w:rsidP="00ED6193">
      <w:pPr>
        <w:spacing w:after="20"/>
        <w:ind w:left="720"/>
        <w:rPr>
          <w:rFonts w:ascii="Cambria" w:hAnsi="Cambria" w:cs="Calibri"/>
        </w:rPr>
      </w:pPr>
      <w:r w:rsidRPr="00ED6193">
        <w:rPr>
          <w:rFonts w:ascii="Cambria" w:hAnsi="Cambria" w:cs="Calibri"/>
        </w:rPr>
        <w:t>Current classification: ___________________________</w:t>
      </w:r>
    </w:p>
    <w:p w14:paraId="4A4EEAFE" w14:textId="77777777" w:rsidR="003B6E4D" w:rsidRPr="00ED6193" w:rsidRDefault="000877F5" w:rsidP="00ED6193">
      <w:pPr>
        <w:spacing w:after="20"/>
        <w:ind w:left="720"/>
        <w:rPr>
          <w:rFonts w:ascii="Cambria" w:hAnsi="Cambria" w:cs="Calibri"/>
        </w:rPr>
      </w:pPr>
      <w:r w:rsidRPr="00ED6193">
        <w:rPr>
          <w:rFonts w:ascii="Cambria" w:hAnsi="Cambria" w:cs="Calibri"/>
        </w:rPr>
        <w:t>Major: _____________________________________________</w:t>
      </w:r>
    </w:p>
    <w:p w14:paraId="5099DF00" w14:textId="2FA7D37C" w:rsidR="003B6E4D" w:rsidRPr="00ED6193" w:rsidRDefault="000877F5" w:rsidP="00ED6193">
      <w:pPr>
        <w:spacing w:after="20"/>
        <w:ind w:left="720"/>
        <w:rPr>
          <w:rFonts w:ascii="Cambria" w:hAnsi="Cambria" w:cs="Calibri"/>
        </w:rPr>
      </w:pPr>
      <w:r w:rsidRPr="00ED6193">
        <w:rPr>
          <w:rFonts w:ascii="Cambria" w:hAnsi="Cambria" w:cs="Calibri"/>
        </w:rPr>
        <w:t xml:space="preserve">Minor or Concentration: </w:t>
      </w:r>
      <w:r w:rsidRPr="00ED6193">
        <w:rPr>
          <w:rFonts w:ascii="Cambria" w:hAnsi="Cambria" w:cs="Calibri"/>
        </w:rPr>
        <w:t>_________________________</w:t>
      </w:r>
    </w:p>
    <w:p w14:paraId="3A0CDCD7" w14:textId="53FB6A40" w:rsidR="003B6E4D" w:rsidRPr="00ED6193" w:rsidRDefault="000877F5" w:rsidP="00ED6193">
      <w:pPr>
        <w:spacing w:after="20"/>
        <w:ind w:left="720"/>
        <w:rPr>
          <w:rFonts w:ascii="Cambria" w:hAnsi="Cambria" w:cs="Calibri"/>
        </w:rPr>
      </w:pPr>
      <w:r w:rsidRPr="00ED6193">
        <w:rPr>
          <w:rFonts w:ascii="Cambria" w:hAnsi="Cambria" w:cs="Calibri"/>
        </w:rPr>
        <w:t>Expected graduation date: ______________________</w:t>
      </w:r>
      <w:r w:rsidRPr="00ED6193">
        <w:rPr>
          <w:rFonts w:ascii="Cambria" w:hAnsi="Cambria" w:cs="Calibri"/>
        </w:rPr>
        <w:t>_</w:t>
      </w:r>
    </w:p>
    <w:p w14:paraId="1A80F5C8" w14:textId="77777777" w:rsidR="003B6E4D" w:rsidRPr="00ED6193" w:rsidRDefault="000877F5" w:rsidP="00ED6193">
      <w:pPr>
        <w:spacing w:before="240"/>
        <w:rPr>
          <w:rFonts w:ascii="Cambria" w:hAnsi="Cambria" w:cs="Calibri"/>
        </w:rPr>
      </w:pPr>
      <w:r w:rsidRPr="00ED6193">
        <w:rPr>
          <w:rFonts w:ascii="Cambria" w:hAnsi="Cambria" w:cs="Calibri"/>
        </w:rPr>
        <w:t>Documentation supportive of this nomination or application should include:</w:t>
      </w:r>
    </w:p>
    <w:p w14:paraId="662C2BBC" w14:textId="4796C68E" w:rsidR="00ED6193" w:rsidRPr="00ED6193" w:rsidRDefault="000877F5" w:rsidP="00ED6193">
      <w:pPr>
        <w:pStyle w:val="ListParagraph"/>
        <w:numPr>
          <w:ilvl w:val="0"/>
          <w:numId w:val="11"/>
        </w:numPr>
        <w:spacing w:before="240" w:after="40"/>
        <w:rPr>
          <w:rFonts w:ascii="Cambria" w:hAnsi="Cambria" w:cs="Calibri"/>
        </w:rPr>
      </w:pPr>
      <w:r w:rsidRPr="00ED6193">
        <w:rPr>
          <w:rFonts w:ascii="Cambria" w:hAnsi="Cambria" w:cs="Calibri"/>
        </w:rPr>
        <w:t>A letter of nomination summarizing the applicant’s activities, service or leadership contributing to the enhancement of student belonging.</w:t>
      </w:r>
    </w:p>
    <w:p w14:paraId="60546230" w14:textId="77777777" w:rsidR="00ED6193" w:rsidRDefault="000877F5" w:rsidP="00ED6193">
      <w:pPr>
        <w:pStyle w:val="ListParagraph"/>
        <w:numPr>
          <w:ilvl w:val="0"/>
          <w:numId w:val="11"/>
        </w:numPr>
        <w:spacing w:before="240" w:after="40"/>
        <w:rPr>
          <w:rFonts w:ascii="Cambria" w:hAnsi="Cambria" w:cs="Calibri"/>
        </w:rPr>
      </w:pPr>
      <w:r w:rsidRPr="00ED6193">
        <w:rPr>
          <w:rFonts w:ascii="Cambria" w:hAnsi="Cambria" w:cs="Calibri"/>
          <w:b/>
          <w:bCs/>
          <w:u w:val="single"/>
        </w:rPr>
        <w:t>One additional letter of reference</w:t>
      </w:r>
      <w:r w:rsidRPr="00ED6193">
        <w:rPr>
          <w:rFonts w:ascii="Cambria" w:hAnsi="Cambria" w:cs="Calibri"/>
        </w:rPr>
        <w:t xml:space="preserve">, either from campus or an employer reference. All references should include full and current contact information: name, phone number, title, address, and email address. No more than one letter of reference will be accepted. </w:t>
      </w:r>
      <w:r w:rsidRPr="00ED6193">
        <w:rPr>
          <w:rFonts w:ascii="Cambria" w:hAnsi="Cambria" w:cs="Calibri"/>
          <w:u w:val="single"/>
        </w:rPr>
        <w:t>The letter of reference should be included in the nomination submitted in PDF form</w:t>
      </w:r>
      <w:r w:rsidRPr="00ED6193">
        <w:rPr>
          <w:rFonts w:ascii="Cambria" w:hAnsi="Cambria" w:cs="Calibri"/>
        </w:rPr>
        <w:t>. No letters of reference sent under separate cover will be accepted.</w:t>
      </w:r>
    </w:p>
    <w:p w14:paraId="70D68846" w14:textId="77777777" w:rsidR="00ED6193" w:rsidRDefault="000877F5" w:rsidP="00ED6193">
      <w:pPr>
        <w:pStyle w:val="ListParagraph"/>
        <w:numPr>
          <w:ilvl w:val="0"/>
          <w:numId w:val="11"/>
        </w:numPr>
        <w:spacing w:before="240" w:after="40"/>
        <w:rPr>
          <w:rFonts w:ascii="Cambria" w:hAnsi="Cambria" w:cs="Calibri"/>
        </w:rPr>
      </w:pPr>
      <w:r w:rsidRPr="00ED6193">
        <w:rPr>
          <w:rFonts w:ascii="Cambria" w:hAnsi="Cambria" w:cs="Calibri"/>
        </w:rPr>
        <w:t>The applicant or nominee’s resume.</w:t>
      </w:r>
    </w:p>
    <w:p w14:paraId="3E944C0C" w14:textId="640D6487" w:rsidR="003B6E4D" w:rsidRPr="00ED6193" w:rsidRDefault="000877F5" w:rsidP="00ED6193">
      <w:pPr>
        <w:pStyle w:val="ListParagraph"/>
        <w:numPr>
          <w:ilvl w:val="0"/>
          <w:numId w:val="11"/>
        </w:numPr>
        <w:spacing w:before="240" w:after="40"/>
        <w:rPr>
          <w:rFonts w:ascii="Cambria" w:hAnsi="Cambria" w:cs="Calibri"/>
        </w:rPr>
      </w:pPr>
      <w:r w:rsidRPr="00ED6193">
        <w:rPr>
          <w:rFonts w:ascii="Cambria" w:hAnsi="Cambria" w:cs="Calibri"/>
        </w:rPr>
        <w:t>A student issued university transcript.</w:t>
      </w:r>
    </w:p>
    <w:p w14:paraId="5A36493E" w14:textId="77777777" w:rsidR="003B6E4D" w:rsidRPr="00ED6193" w:rsidRDefault="000877F5" w:rsidP="00ED6193">
      <w:pPr>
        <w:spacing w:before="240"/>
        <w:rPr>
          <w:rFonts w:ascii="Cambria" w:hAnsi="Cambria" w:cs="Calibri"/>
        </w:rPr>
      </w:pPr>
      <w:r w:rsidRPr="00ED6193">
        <w:rPr>
          <w:rFonts w:ascii="Cambria" w:hAnsi="Cambria" w:cs="Calibri"/>
        </w:rPr>
        <w:t>Name of person making the nomination:</w:t>
      </w:r>
    </w:p>
    <w:p w14:paraId="6FA4A40A" w14:textId="77777777" w:rsidR="003B6E4D" w:rsidRPr="00ED6193" w:rsidRDefault="000877F5" w:rsidP="00ED6193">
      <w:pPr>
        <w:spacing w:after="20"/>
        <w:ind w:left="720"/>
        <w:rPr>
          <w:rFonts w:ascii="Cambria" w:hAnsi="Cambria" w:cs="Calibri"/>
        </w:rPr>
      </w:pPr>
      <w:r w:rsidRPr="00ED6193">
        <w:rPr>
          <w:rFonts w:ascii="Cambria" w:hAnsi="Cambria" w:cs="Calibri"/>
        </w:rPr>
        <w:t>Name: ____________________________________________</w:t>
      </w:r>
    </w:p>
    <w:p w14:paraId="1A360FA4" w14:textId="638F4B55" w:rsidR="003B6E4D" w:rsidRPr="00ED6193" w:rsidRDefault="000877F5" w:rsidP="00ED6193">
      <w:pPr>
        <w:spacing w:after="20"/>
        <w:ind w:left="720"/>
        <w:rPr>
          <w:rFonts w:ascii="Cambria" w:hAnsi="Cambria" w:cs="Calibri"/>
        </w:rPr>
      </w:pPr>
      <w:r w:rsidRPr="00ED6193">
        <w:rPr>
          <w:rFonts w:ascii="Cambria" w:hAnsi="Cambria" w:cs="Calibri"/>
        </w:rPr>
        <w:t>Address: _________________________________________</w:t>
      </w:r>
    </w:p>
    <w:p w14:paraId="2702D1BC" w14:textId="5FE87DBD" w:rsidR="003B6E4D" w:rsidRPr="00ED6193" w:rsidRDefault="000877F5" w:rsidP="00ED6193">
      <w:pPr>
        <w:spacing w:after="20"/>
        <w:ind w:left="720"/>
        <w:rPr>
          <w:rFonts w:ascii="Cambria" w:hAnsi="Cambria" w:cs="Calibri"/>
        </w:rPr>
      </w:pPr>
      <w:r w:rsidRPr="00ED6193">
        <w:rPr>
          <w:rFonts w:ascii="Cambria" w:hAnsi="Cambria" w:cs="Calibri"/>
        </w:rPr>
        <w:t>Phone: ___________________________________</w:t>
      </w:r>
      <w:r w:rsidR="00ED6193">
        <w:rPr>
          <w:rFonts w:ascii="Cambria" w:hAnsi="Cambria" w:cs="Calibri"/>
        </w:rPr>
        <w:t>________</w:t>
      </w:r>
    </w:p>
    <w:p w14:paraId="3234D3E4" w14:textId="68F12BC3" w:rsidR="003B6E4D" w:rsidRPr="00ED6193" w:rsidRDefault="000877F5" w:rsidP="00ED6193">
      <w:pPr>
        <w:spacing w:after="20"/>
        <w:ind w:left="720"/>
        <w:rPr>
          <w:rFonts w:ascii="Cambria" w:hAnsi="Cambria" w:cs="Calibri"/>
        </w:rPr>
      </w:pPr>
      <w:r w:rsidRPr="00ED6193">
        <w:rPr>
          <w:rFonts w:ascii="Cambria" w:hAnsi="Cambria" w:cs="Calibri"/>
        </w:rPr>
        <w:t>Email: ____________________________________________</w:t>
      </w:r>
    </w:p>
    <w:p w14:paraId="4C7A4A7B" w14:textId="53363A9C" w:rsidR="00ED6193" w:rsidRPr="00ED6193" w:rsidRDefault="00ED6193" w:rsidP="00ED6193">
      <w:pPr>
        <w:spacing w:before="240"/>
        <w:rPr>
          <w:rFonts w:ascii="Cambria" w:hAnsi="Cambria" w:cs="Calibri"/>
        </w:rPr>
      </w:pPr>
      <w:r w:rsidRPr="00ED6193">
        <w:rPr>
          <w:rFonts w:ascii="Cambria" w:hAnsi="Cambria" w:cs="Calibri"/>
        </w:rPr>
        <w:t xml:space="preserve">Return the completed nomination packet by </w:t>
      </w:r>
      <w:r w:rsidRPr="00ED6193">
        <w:rPr>
          <w:rFonts w:ascii="Cambria" w:hAnsi="Cambria" w:cs="Calibri"/>
          <w:b/>
          <w:bCs/>
        </w:rPr>
        <w:t>5:00 p.m. on Friday, October 30, 2026</w:t>
      </w:r>
      <w:r w:rsidRPr="00ED6193">
        <w:rPr>
          <w:rFonts w:ascii="Cambria" w:hAnsi="Cambria" w:cs="Calibri"/>
        </w:rPr>
        <w:t xml:space="preserve">. Please submit all materials as </w:t>
      </w:r>
      <w:r w:rsidRPr="00ED6193">
        <w:rPr>
          <w:rFonts w:ascii="Cambria" w:hAnsi="Cambria" w:cs="Calibri"/>
          <w:b/>
          <w:bCs/>
          <w:u w:val="single"/>
        </w:rPr>
        <w:t>one PDF packet</w:t>
      </w:r>
      <w:r w:rsidRPr="00ED6193">
        <w:rPr>
          <w:rFonts w:ascii="Cambria" w:hAnsi="Cambria" w:cs="Calibri"/>
        </w:rPr>
        <w:t xml:space="preserve"> in the </w:t>
      </w:r>
      <w:r w:rsidRPr="00ED6193">
        <w:rPr>
          <w:rFonts w:ascii="Cambria" w:hAnsi="Cambria" w:cs="Calibri"/>
          <w:u w:val="single"/>
        </w:rPr>
        <w:t>following order</w:t>
      </w:r>
      <w:r w:rsidRPr="00ED6193">
        <w:rPr>
          <w:rFonts w:ascii="Cambria" w:hAnsi="Cambria" w:cs="Calibri"/>
        </w:rPr>
        <w:t>:</w:t>
      </w:r>
    </w:p>
    <w:p w14:paraId="0A882222" w14:textId="77777777" w:rsidR="00ED6193" w:rsidRPr="00ED6193" w:rsidRDefault="00ED6193" w:rsidP="00ED6193">
      <w:pPr>
        <w:pStyle w:val="ListParagraph"/>
        <w:numPr>
          <w:ilvl w:val="0"/>
          <w:numId w:val="13"/>
        </w:numPr>
        <w:spacing w:before="240"/>
        <w:rPr>
          <w:rFonts w:ascii="Cambria" w:hAnsi="Cambria" w:cs="Calibri"/>
        </w:rPr>
      </w:pPr>
      <w:r w:rsidRPr="00ED6193">
        <w:rPr>
          <w:rFonts w:ascii="Cambria" w:hAnsi="Cambria" w:cs="Calibri"/>
        </w:rPr>
        <w:t>Completed nomination form</w:t>
      </w:r>
    </w:p>
    <w:p w14:paraId="239236D7" w14:textId="77777777" w:rsidR="00ED6193" w:rsidRPr="00ED6193" w:rsidRDefault="00ED6193" w:rsidP="00ED6193">
      <w:pPr>
        <w:pStyle w:val="ListParagraph"/>
        <w:numPr>
          <w:ilvl w:val="0"/>
          <w:numId w:val="13"/>
        </w:numPr>
        <w:spacing w:before="240"/>
        <w:rPr>
          <w:rFonts w:ascii="Cambria" w:hAnsi="Cambria" w:cs="Calibri"/>
        </w:rPr>
      </w:pPr>
      <w:r w:rsidRPr="00ED6193">
        <w:rPr>
          <w:rFonts w:ascii="Cambria" w:hAnsi="Cambria" w:cs="Calibri"/>
        </w:rPr>
        <w:t>Letter of nomination</w:t>
      </w:r>
    </w:p>
    <w:p w14:paraId="3B4E8A55" w14:textId="77777777" w:rsidR="00ED6193" w:rsidRPr="00ED6193" w:rsidRDefault="00ED6193" w:rsidP="00ED6193">
      <w:pPr>
        <w:pStyle w:val="ListParagraph"/>
        <w:numPr>
          <w:ilvl w:val="0"/>
          <w:numId w:val="13"/>
        </w:numPr>
        <w:spacing w:before="240"/>
        <w:rPr>
          <w:rFonts w:ascii="Cambria" w:hAnsi="Cambria" w:cs="Calibri"/>
        </w:rPr>
      </w:pPr>
      <w:r w:rsidRPr="00ED6193">
        <w:rPr>
          <w:rFonts w:ascii="Cambria" w:hAnsi="Cambria" w:cs="Calibri"/>
        </w:rPr>
        <w:t>One additional letter of reference</w:t>
      </w:r>
    </w:p>
    <w:p w14:paraId="4F1DA982" w14:textId="77777777" w:rsidR="00ED6193" w:rsidRPr="00ED6193" w:rsidRDefault="00ED6193" w:rsidP="00ED6193">
      <w:pPr>
        <w:pStyle w:val="ListParagraph"/>
        <w:numPr>
          <w:ilvl w:val="0"/>
          <w:numId w:val="13"/>
        </w:numPr>
        <w:spacing w:before="240"/>
        <w:rPr>
          <w:rFonts w:ascii="Cambria" w:hAnsi="Cambria" w:cs="Calibri"/>
        </w:rPr>
      </w:pPr>
      <w:r w:rsidRPr="00ED6193">
        <w:rPr>
          <w:rFonts w:ascii="Cambria" w:hAnsi="Cambria" w:cs="Calibri"/>
        </w:rPr>
        <w:t>Applicant or nominee’s résumé</w:t>
      </w:r>
    </w:p>
    <w:p w14:paraId="5CFC7589" w14:textId="2BF5D4A3" w:rsidR="00ED6193" w:rsidRPr="00ED6193" w:rsidRDefault="00ED6193" w:rsidP="00ED6193">
      <w:pPr>
        <w:pStyle w:val="ListParagraph"/>
        <w:numPr>
          <w:ilvl w:val="0"/>
          <w:numId w:val="13"/>
        </w:numPr>
        <w:spacing w:before="240"/>
        <w:rPr>
          <w:rFonts w:ascii="Cambria" w:hAnsi="Cambria" w:cs="Calibri"/>
        </w:rPr>
      </w:pPr>
      <w:r w:rsidRPr="00ED6193">
        <w:rPr>
          <w:rFonts w:ascii="Cambria" w:hAnsi="Cambria" w:cs="Calibri"/>
        </w:rPr>
        <w:t>Student issued university transcript</w:t>
      </w:r>
      <w:r>
        <w:rPr>
          <w:rFonts w:ascii="Cambria" w:hAnsi="Cambria" w:cs="Calibri"/>
        </w:rPr>
        <w:t xml:space="preserve"> (official or unofficial)</w:t>
      </w:r>
    </w:p>
    <w:p w14:paraId="1E5F5D03" w14:textId="10EB2FA2" w:rsidR="00ED6193" w:rsidRPr="00ED6193" w:rsidRDefault="00ED6193" w:rsidP="00ED6193">
      <w:pPr>
        <w:spacing w:before="240"/>
        <w:rPr>
          <w:rFonts w:ascii="Cambria" w:hAnsi="Cambria" w:cs="Calibri"/>
          <w:b/>
          <w:bCs/>
        </w:rPr>
      </w:pPr>
      <w:r w:rsidRPr="00ED6193">
        <w:rPr>
          <w:rFonts w:ascii="Cambria" w:hAnsi="Cambria" w:cs="Calibri"/>
        </w:rPr>
        <w:t>Multiple PDF files will not be accepted</w:t>
      </w:r>
      <w:r w:rsidRPr="00ED6193">
        <w:rPr>
          <w:rFonts w:ascii="Cambria" w:hAnsi="Cambria" w:cs="Calibri"/>
          <w:b/>
          <w:bCs/>
        </w:rPr>
        <w:t>. Completed nomination packets must be emailed to Ana Guanes at anaguanes@ksu.edu with belonging@k-state.edu copied on the email.</w:t>
      </w:r>
    </w:p>
    <w:p w14:paraId="51F2FD1C" w14:textId="17369C06" w:rsidR="00ED6193" w:rsidRPr="00ED6193" w:rsidRDefault="00ED6193" w:rsidP="00ED6193">
      <w:pPr>
        <w:spacing w:before="240"/>
        <w:rPr>
          <w:rFonts w:ascii="Cambria" w:hAnsi="Cambria" w:cs="Calibri"/>
        </w:rPr>
      </w:pPr>
      <w:r w:rsidRPr="00ED6193">
        <w:rPr>
          <w:rFonts w:ascii="Cambria" w:hAnsi="Cambria" w:cs="Calibri"/>
        </w:rPr>
        <w:t xml:space="preserve">The email subject line must </w:t>
      </w:r>
      <w:proofErr w:type="gramStart"/>
      <w:r w:rsidRPr="00ED6193">
        <w:rPr>
          <w:rFonts w:ascii="Cambria" w:hAnsi="Cambria" w:cs="Calibri"/>
        </w:rPr>
        <w:t>be</w:t>
      </w:r>
      <w:r>
        <w:rPr>
          <w:rFonts w:ascii="Cambria" w:hAnsi="Cambria" w:cs="Calibri"/>
        </w:rPr>
        <w:t>:</w:t>
      </w:r>
      <w:proofErr w:type="gramEnd"/>
      <w:r>
        <w:rPr>
          <w:rFonts w:ascii="Cambria" w:hAnsi="Cambria" w:cs="Calibri"/>
        </w:rPr>
        <w:t xml:space="preserve"> </w:t>
      </w:r>
      <w:r w:rsidRPr="00ED6193">
        <w:rPr>
          <w:rFonts w:ascii="Cambria" w:hAnsi="Cambria" w:cs="Calibri"/>
        </w:rPr>
        <w:t>Nominee Name</w:t>
      </w:r>
      <w:r>
        <w:rPr>
          <w:rFonts w:ascii="Cambria" w:hAnsi="Cambria" w:cs="Calibri"/>
        </w:rPr>
        <w:t xml:space="preserve"> -</w:t>
      </w:r>
      <w:r w:rsidRPr="00ED6193">
        <w:rPr>
          <w:rFonts w:ascii="Cambria" w:hAnsi="Cambria" w:cs="Calibri"/>
        </w:rPr>
        <w:t xml:space="preserve"> Commerce Bank Student Award Nomination</w:t>
      </w:r>
    </w:p>
    <w:p w14:paraId="77EBA202" w14:textId="1BA7ECF7" w:rsidR="00ED6193" w:rsidRPr="00ED6193" w:rsidRDefault="00ED6193" w:rsidP="00ED6193">
      <w:pPr>
        <w:spacing w:before="240"/>
        <w:rPr>
          <w:rFonts w:ascii="Cambria" w:hAnsi="Cambria" w:cs="Calibri"/>
        </w:rPr>
      </w:pPr>
      <w:r w:rsidRPr="00ED6193">
        <w:rPr>
          <w:rFonts w:ascii="Cambria" w:hAnsi="Cambria" w:cs="Calibri"/>
        </w:rPr>
        <w:t>The PDF file must be named:</w:t>
      </w:r>
      <w:r>
        <w:rPr>
          <w:rFonts w:ascii="Cambria" w:hAnsi="Cambria" w:cs="Calibri"/>
        </w:rPr>
        <w:t xml:space="preserve"> </w:t>
      </w:r>
      <w:r w:rsidRPr="00ED6193">
        <w:rPr>
          <w:rFonts w:ascii="Cambria" w:hAnsi="Cambria" w:cs="Calibri"/>
        </w:rPr>
        <w:t>NomineeLastName_NomineeFirstName_CommerceBank_Student_Nomination.pdf</w:t>
      </w:r>
    </w:p>
    <w:p w14:paraId="4E52CDF2" w14:textId="6431527C" w:rsidR="003B6E4D" w:rsidRPr="00ED6193" w:rsidRDefault="00ED6193" w:rsidP="00ED6193">
      <w:pPr>
        <w:spacing w:before="240"/>
        <w:jc w:val="center"/>
        <w:rPr>
          <w:rFonts w:ascii="Cambria" w:hAnsi="Cambria" w:cs="Calibri"/>
          <w:b/>
          <w:bCs/>
        </w:rPr>
      </w:pPr>
      <w:r w:rsidRPr="00ED6193">
        <w:rPr>
          <w:rFonts w:ascii="Cambria" w:hAnsi="Cambria" w:cs="Calibri"/>
          <w:b/>
          <w:bCs/>
        </w:rPr>
        <w:t>Please note there will be no exceptions made to the deadline.</w:t>
      </w:r>
    </w:p>
    <w:sectPr w:rsidR="003B6E4D" w:rsidRPr="00ED6193" w:rsidSect="00034616">
      <w:headerReference w:type="default" r:id="rId8"/>
      <w:footerReference w:type="default" r:id="rId9"/>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4759E" w14:textId="77777777" w:rsidR="000877F5" w:rsidRDefault="000877F5" w:rsidP="00ED6193">
      <w:pPr>
        <w:spacing w:after="0" w:line="240" w:lineRule="auto"/>
      </w:pPr>
      <w:r>
        <w:separator/>
      </w:r>
    </w:p>
  </w:endnote>
  <w:endnote w:type="continuationSeparator" w:id="0">
    <w:p w14:paraId="20DC4FDE" w14:textId="77777777" w:rsidR="000877F5" w:rsidRDefault="000877F5" w:rsidP="00ED6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F773" w14:textId="4F41BE07" w:rsidR="00ED6193" w:rsidRPr="00ED6193" w:rsidRDefault="00ED6193" w:rsidP="00ED6193">
    <w:pPr>
      <w:pStyle w:val="Footer"/>
      <w:jc w:val="center"/>
      <w:rPr>
        <w:rFonts w:ascii="Cambria" w:hAnsi="Cambria"/>
        <w:sz w:val="16"/>
        <w:szCs w:val="16"/>
      </w:rPr>
    </w:pPr>
    <w:r w:rsidRPr="00720CE8">
      <w:rPr>
        <w:rFonts w:ascii="Cambria" w:hAnsi="Cambria"/>
        <w:sz w:val="16"/>
        <w:szCs w:val="16"/>
      </w:rPr>
      <w:t>Student Belonging | Kansas State University | 224 Anderson Hall | 919 Mid Campus Drive Manhattan, KS 66502 | 785-532-6276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D33F1" w14:textId="77777777" w:rsidR="000877F5" w:rsidRDefault="000877F5" w:rsidP="00ED6193">
      <w:pPr>
        <w:spacing w:after="0" w:line="240" w:lineRule="auto"/>
      </w:pPr>
      <w:r>
        <w:separator/>
      </w:r>
    </w:p>
  </w:footnote>
  <w:footnote w:type="continuationSeparator" w:id="0">
    <w:p w14:paraId="24267E46" w14:textId="77777777" w:rsidR="000877F5" w:rsidRDefault="000877F5" w:rsidP="00ED6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1CDD8" w14:textId="600BFA4B" w:rsidR="00ED6193" w:rsidRDefault="00ED6193" w:rsidP="00ED6193">
    <w:pPr>
      <w:pStyle w:val="Header"/>
      <w:jc w:val="center"/>
    </w:pPr>
    <w:r>
      <w:rPr>
        <w:noProof/>
      </w:rPr>
      <w:drawing>
        <wp:inline distT="0" distB="0" distL="0" distR="0" wp14:anchorId="468DE9FC" wp14:editId="4D56411D">
          <wp:extent cx="2033511" cy="267913"/>
          <wp:effectExtent l="0" t="0" r="5080" b="0"/>
          <wp:docPr id="1823305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05625" name="Picture 1823305625"/>
                  <pic:cNvPicPr/>
                </pic:nvPicPr>
                <pic:blipFill>
                  <a:blip r:embed="rId1"/>
                  <a:stretch>
                    <a:fillRect/>
                  </a:stretch>
                </pic:blipFill>
                <pic:spPr>
                  <a:xfrm>
                    <a:off x="0" y="0"/>
                    <a:ext cx="2099704" cy="2766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6D6276C"/>
    <w:multiLevelType w:val="hybridMultilevel"/>
    <w:tmpl w:val="3886CBD0"/>
    <w:lvl w:ilvl="0" w:tplc="8D58DD34">
      <w:start w:val="1"/>
      <w:numFmt w:val="decimal"/>
      <w:lvlText w:val="%1."/>
      <w:lvlJc w:val="left"/>
      <w:pPr>
        <w:ind w:left="2520" w:hanging="360"/>
      </w:pPr>
      <w:rPr>
        <w:b w:val="0"/>
        <w:bCs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3F695D23"/>
    <w:multiLevelType w:val="hybridMultilevel"/>
    <w:tmpl w:val="943AE9A4"/>
    <w:lvl w:ilvl="0" w:tplc="1ACA3E2E">
      <w:start w:val="1"/>
      <w:numFmt w:val="lowerLetter"/>
      <w:lvlText w:val="%1)"/>
      <w:lvlJc w:val="left"/>
      <w:pPr>
        <w:ind w:left="64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F66A8D"/>
    <w:multiLevelType w:val="hybridMultilevel"/>
    <w:tmpl w:val="BA9440DC"/>
    <w:lvl w:ilvl="0" w:tplc="1ACA3E2E">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2" w15:restartNumberingAfterBreak="0">
    <w:nsid w:val="574E1467"/>
    <w:multiLevelType w:val="hybridMultilevel"/>
    <w:tmpl w:val="3ABE042A"/>
    <w:lvl w:ilvl="0" w:tplc="0409000F">
      <w:start w:val="1"/>
      <w:numFmt w:val="decimal"/>
      <w:lvlText w:val="%1."/>
      <w:lvlJc w:val="left"/>
      <w:pPr>
        <w:ind w:left="64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62780907">
    <w:abstractNumId w:val="8"/>
  </w:num>
  <w:num w:numId="2" w16cid:durableId="1609117315">
    <w:abstractNumId w:val="6"/>
  </w:num>
  <w:num w:numId="3" w16cid:durableId="21519301">
    <w:abstractNumId w:val="5"/>
  </w:num>
  <w:num w:numId="4" w16cid:durableId="347021304">
    <w:abstractNumId w:val="4"/>
  </w:num>
  <w:num w:numId="5" w16cid:durableId="1949503222">
    <w:abstractNumId w:val="7"/>
  </w:num>
  <w:num w:numId="6" w16cid:durableId="980579379">
    <w:abstractNumId w:val="3"/>
  </w:num>
  <w:num w:numId="7" w16cid:durableId="83193096">
    <w:abstractNumId w:val="2"/>
  </w:num>
  <w:num w:numId="8" w16cid:durableId="1670017401">
    <w:abstractNumId w:val="1"/>
  </w:num>
  <w:num w:numId="9" w16cid:durableId="1697778774">
    <w:abstractNumId w:val="0"/>
  </w:num>
  <w:num w:numId="10" w16cid:durableId="451439377">
    <w:abstractNumId w:val="9"/>
  </w:num>
  <w:num w:numId="11" w16cid:durableId="262307515">
    <w:abstractNumId w:val="11"/>
  </w:num>
  <w:num w:numId="12" w16cid:durableId="756363551">
    <w:abstractNumId w:val="10"/>
  </w:num>
  <w:num w:numId="13" w16cid:durableId="19402865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7F5"/>
    <w:rsid w:val="0015074B"/>
    <w:rsid w:val="0029639D"/>
    <w:rsid w:val="00326F90"/>
    <w:rsid w:val="003B6E4D"/>
    <w:rsid w:val="00AA1D8D"/>
    <w:rsid w:val="00B47730"/>
    <w:rsid w:val="00CB0664"/>
    <w:rsid w:val="00EB189F"/>
    <w:rsid w:val="00ED6193"/>
    <w:rsid w:val="00FC693F"/>
    <w:rsid w:val="00FE76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ED3641"/>
  <w14:defaultImageDpi w14:val="300"/>
  <w15:docId w15:val="{3BA10B19-9260-43D0-A28E-096B9F528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Ana Guanes Melgarejo</cp:lastModifiedBy>
  <cp:revision>2</cp:revision>
  <cp:lastPrinted>2026-07-06T18:19:00Z</cp:lastPrinted>
  <dcterms:created xsi:type="dcterms:W3CDTF">2026-07-06T18:22:00Z</dcterms:created>
  <dcterms:modified xsi:type="dcterms:W3CDTF">2026-07-06T18:22:00Z</dcterms:modified>
  <cp:category/>
</cp:coreProperties>
</file>