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21CAC" w14:textId="7015DE46" w:rsidR="00322159" w:rsidRDefault="00322159">
      <w:pPr>
        <w:spacing w:after="40"/>
        <w:jc w:val="center"/>
        <w:rPr>
          <w:b/>
          <w:sz w:val="26"/>
        </w:rPr>
      </w:pPr>
    </w:p>
    <w:p w14:paraId="623DD898" w14:textId="77777777" w:rsidR="00322159" w:rsidRDefault="00322159">
      <w:pPr>
        <w:spacing w:after="40"/>
        <w:jc w:val="center"/>
        <w:rPr>
          <w:b/>
          <w:sz w:val="26"/>
        </w:rPr>
      </w:pPr>
    </w:p>
    <w:p w14:paraId="710CDE56" w14:textId="5F99E564" w:rsidR="00D37C27" w:rsidRPr="00235BFF" w:rsidRDefault="007F0612">
      <w:pPr>
        <w:spacing w:after="40"/>
        <w:jc w:val="center"/>
        <w:rPr>
          <w:rFonts w:ascii="Cambria" w:hAnsi="Cambria"/>
        </w:rPr>
      </w:pPr>
      <w:r w:rsidRPr="00235BFF">
        <w:rPr>
          <w:rFonts w:ascii="Cambria" w:hAnsi="Cambria"/>
          <w:b/>
          <w:sz w:val="26"/>
        </w:rPr>
        <w:t>COMMERCE BANK PRESIDENTIAL FACULTY AND STAFF</w:t>
      </w:r>
    </w:p>
    <w:p w14:paraId="15BA7AFC" w14:textId="77777777" w:rsidR="00D37C27" w:rsidRPr="00235BFF" w:rsidRDefault="007F0612">
      <w:pPr>
        <w:spacing w:after="40"/>
        <w:jc w:val="center"/>
        <w:rPr>
          <w:rFonts w:ascii="Cambria" w:hAnsi="Cambria"/>
          <w:b/>
          <w:sz w:val="26"/>
        </w:rPr>
      </w:pPr>
      <w:r w:rsidRPr="00235BFF">
        <w:rPr>
          <w:rFonts w:ascii="Cambria" w:hAnsi="Cambria"/>
          <w:b/>
          <w:sz w:val="26"/>
        </w:rPr>
        <w:t>AWARD FOR STUDENT BELONGING</w:t>
      </w:r>
    </w:p>
    <w:p w14:paraId="720FE8B4" w14:textId="77777777" w:rsidR="00322159" w:rsidRPr="00235BFF" w:rsidRDefault="00322159">
      <w:pPr>
        <w:spacing w:after="40"/>
        <w:jc w:val="center"/>
        <w:rPr>
          <w:rFonts w:ascii="Cambria" w:hAnsi="Cambria"/>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70"/>
        <w:gridCol w:w="8054"/>
      </w:tblGrid>
      <w:tr w:rsidR="00D37C27" w:rsidRPr="00235BFF" w14:paraId="7F2D5778" w14:textId="77777777">
        <w:trPr>
          <w:jc w:val="center"/>
        </w:trPr>
        <w:tc>
          <w:tcPr>
            <w:tcW w:w="2232" w:type="dxa"/>
          </w:tcPr>
          <w:p w14:paraId="2E0CE532" w14:textId="77777777" w:rsidR="00D37C27" w:rsidRPr="00235BFF" w:rsidRDefault="007F0612">
            <w:pPr>
              <w:spacing w:after="0"/>
              <w:rPr>
                <w:rFonts w:ascii="Cambria" w:hAnsi="Cambria"/>
              </w:rPr>
            </w:pPr>
            <w:r w:rsidRPr="00235BFF">
              <w:rPr>
                <w:rFonts w:ascii="Cambria" w:hAnsi="Cambria"/>
                <w:b/>
              </w:rPr>
              <w:t>PURPOSE OF AWARD</w:t>
            </w:r>
          </w:p>
        </w:tc>
        <w:tc>
          <w:tcPr>
            <w:tcW w:w="8424" w:type="dxa"/>
          </w:tcPr>
          <w:p w14:paraId="3FC18C3A" w14:textId="77777777" w:rsidR="00D37C27" w:rsidRPr="00235BFF" w:rsidRDefault="007F0612" w:rsidP="00322159">
            <w:pPr>
              <w:rPr>
                <w:rFonts w:ascii="Cambria" w:hAnsi="Cambria"/>
              </w:rPr>
            </w:pPr>
            <w:r w:rsidRPr="00235BFF">
              <w:rPr>
                <w:rFonts w:ascii="Cambria" w:hAnsi="Cambria"/>
              </w:rPr>
              <w:t>The Commerce Bank Presidential Award for Distinguished Services to Student Belonging was established in 1978 to recognize outstanding individual contributions to the development and quality education of all students, including those from low income or first generation backgrounds at Kansas State University.</w:t>
            </w:r>
          </w:p>
        </w:tc>
      </w:tr>
    </w:tbl>
    <w:p w14:paraId="0981A4F6" w14:textId="77777777" w:rsidR="00D37C27" w:rsidRPr="00235BFF" w:rsidRDefault="00D37C27">
      <w:pPr>
        <w:spacing w:after="20"/>
        <w:rPr>
          <w:rFonts w:ascii="Cambria" w:hAnsi="Cambria"/>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81"/>
        <w:gridCol w:w="8043"/>
      </w:tblGrid>
      <w:tr w:rsidR="00D37C27" w:rsidRPr="00235BFF" w14:paraId="0CFFC3E9" w14:textId="77777777">
        <w:trPr>
          <w:jc w:val="center"/>
        </w:trPr>
        <w:tc>
          <w:tcPr>
            <w:tcW w:w="2232" w:type="dxa"/>
          </w:tcPr>
          <w:p w14:paraId="4DA22957" w14:textId="77777777" w:rsidR="00D37C27" w:rsidRPr="00235BFF" w:rsidRDefault="007F0612" w:rsidP="00322159">
            <w:pPr>
              <w:rPr>
                <w:rFonts w:ascii="Cambria" w:hAnsi="Cambria"/>
              </w:rPr>
            </w:pPr>
            <w:r w:rsidRPr="00235BFF">
              <w:rPr>
                <w:rFonts w:ascii="Cambria" w:hAnsi="Cambria"/>
                <w:b/>
              </w:rPr>
              <w:t>ELIGIBILITY</w:t>
            </w:r>
          </w:p>
        </w:tc>
        <w:tc>
          <w:tcPr>
            <w:tcW w:w="8424" w:type="dxa"/>
          </w:tcPr>
          <w:p w14:paraId="6118BC61" w14:textId="77777777" w:rsidR="00D37C27" w:rsidRPr="00235BFF" w:rsidRDefault="007F0612" w:rsidP="00322159">
            <w:pPr>
              <w:rPr>
                <w:rFonts w:ascii="Cambria" w:hAnsi="Cambria"/>
              </w:rPr>
            </w:pPr>
            <w:r w:rsidRPr="00235BFF">
              <w:rPr>
                <w:rFonts w:ascii="Cambria" w:hAnsi="Cambria"/>
              </w:rPr>
              <w:t xml:space="preserve">The award is based upon any contributions completed prior to </w:t>
            </w:r>
            <w:r w:rsidRPr="00235BFF">
              <w:rPr>
                <w:rFonts w:ascii="Cambria" w:hAnsi="Cambria"/>
                <w:b/>
                <w:bCs/>
              </w:rPr>
              <w:t>June 30, 2026</w:t>
            </w:r>
            <w:r w:rsidRPr="00235BFF">
              <w:rPr>
                <w:rFonts w:ascii="Cambria" w:hAnsi="Cambria"/>
              </w:rPr>
              <w:t>. A nominee may be a faculty or staff member, an alumnus, or friend of the University, and may be someone previously nominated, but not awarded in the past.</w:t>
            </w:r>
          </w:p>
        </w:tc>
      </w:tr>
    </w:tbl>
    <w:p w14:paraId="4B0B7FFC" w14:textId="77777777" w:rsidR="00D37C27" w:rsidRPr="00235BFF" w:rsidRDefault="00D37C27">
      <w:pPr>
        <w:spacing w:after="20"/>
        <w:rPr>
          <w:rFonts w:ascii="Cambria" w:hAnsi="Cambria"/>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67"/>
        <w:gridCol w:w="8057"/>
      </w:tblGrid>
      <w:tr w:rsidR="00D37C27" w:rsidRPr="00235BFF" w14:paraId="1BAD2A9C" w14:textId="77777777">
        <w:trPr>
          <w:jc w:val="center"/>
        </w:trPr>
        <w:tc>
          <w:tcPr>
            <w:tcW w:w="2232" w:type="dxa"/>
          </w:tcPr>
          <w:p w14:paraId="1339C52F" w14:textId="77777777" w:rsidR="00D37C27" w:rsidRPr="00235BFF" w:rsidRDefault="007F0612" w:rsidP="00322159">
            <w:pPr>
              <w:rPr>
                <w:rFonts w:ascii="Cambria" w:hAnsi="Cambria"/>
              </w:rPr>
            </w:pPr>
            <w:r w:rsidRPr="00235BFF">
              <w:rPr>
                <w:rFonts w:ascii="Cambria" w:hAnsi="Cambria"/>
                <w:b/>
              </w:rPr>
              <w:t>NATURE OF AWARD</w:t>
            </w:r>
          </w:p>
        </w:tc>
        <w:tc>
          <w:tcPr>
            <w:tcW w:w="8424" w:type="dxa"/>
          </w:tcPr>
          <w:p w14:paraId="2A4E5F5D" w14:textId="77777777" w:rsidR="00D37C27" w:rsidRPr="00235BFF" w:rsidRDefault="007F0612" w:rsidP="00322159">
            <w:pPr>
              <w:rPr>
                <w:rFonts w:ascii="Cambria" w:hAnsi="Cambria"/>
              </w:rPr>
            </w:pPr>
            <w:r w:rsidRPr="00235BFF">
              <w:rPr>
                <w:rFonts w:ascii="Cambria" w:hAnsi="Cambria"/>
              </w:rPr>
              <w:t>The award will be made at a special reception during the University’s Martin Luther King, Jr. Observance Week in January 2027. The recipient will receive a plaque and monetary award.</w:t>
            </w:r>
          </w:p>
        </w:tc>
      </w:tr>
    </w:tbl>
    <w:p w14:paraId="5D486282" w14:textId="77777777" w:rsidR="00D37C27" w:rsidRPr="00235BFF" w:rsidRDefault="00D37C27" w:rsidP="00322159">
      <w:pPr>
        <w:rPr>
          <w:rFonts w:ascii="Cambria" w:hAnsi="Cambria"/>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88"/>
        <w:gridCol w:w="8036"/>
      </w:tblGrid>
      <w:tr w:rsidR="00D37C27" w:rsidRPr="00235BFF" w14:paraId="15664BCD" w14:textId="77777777">
        <w:trPr>
          <w:jc w:val="center"/>
        </w:trPr>
        <w:tc>
          <w:tcPr>
            <w:tcW w:w="2232" w:type="dxa"/>
          </w:tcPr>
          <w:p w14:paraId="3CF80C23" w14:textId="77777777" w:rsidR="00D37C27" w:rsidRPr="00235BFF" w:rsidRDefault="007F0612" w:rsidP="00322159">
            <w:pPr>
              <w:rPr>
                <w:rFonts w:ascii="Cambria" w:hAnsi="Cambria"/>
              </w:rPr>
            </w:pPr>
            <w:r w:rsidRPr="00235BFF">
              <w:rPr>
                <w:rFonts w:ascii="Cambria" w:hAnsi="Cambria"/>
                <w:b/>
              </w:rPr>
              <w:t>CRITERIA FOR NOMINATION</w:t>
            </w:r>
          </w:p>
        </w:tc>
        <w:tc>
          <w:tcPr>
            <w:tcW w:w="8424" w:type="dxa"/>
          </w:tcPr>
          <w:p w14:paraId="12F67EAC" w14:textId="77777777" w:rsidR="00D37C27" w:rsidRPr="00235BFF" w:rsidRDefault="007F0612" w:rsidP="00322159">
            <w:pPr>
              <w:rPr>
                <w:rFonts w:ascii="Cambria" w:hAnsi="Cambria"/>
              </w:rPr>
            </w:pPr>
            <w:r w:rsidRPr="00235BFF">
              <w:rPr>
                <w:rFonts w:ascii="Cambria" w:hAnsi="Cambria"/>
              </w:rPr>
              <w:t>Nomination criteria include one or more of the following:</w:t>
            </w:r>
          </w:p>
        </w:tc>
      </w:tr>
    </w:tbl>
    <w:p w14:paraId="6B460B2A" w14:textId="77777777" w:rsidR="00322159" w:rsidRPr="00235BFF" w:rsidRDefault="007F0612" w:rsidP="00322159">
      <w:pPr>
        <w:pStyle w:val="ListParagraph"/>
        <w:numPr>
          <w:ilvl w:val="0"/>
          <w:numId w:val="11"/>
        </w:numPr>
        <w:rPr>
          <w:rFonts w:ascii="Cambria" w:hAnsi="Cambria"/>
        </w:rPr>
      </w:pPr>
      <w:r w:rsidRPr="00235BFF">
        <w:rPr>
          <w:rFonts w:ascii="Cambria" w:hAnsi="Cambria"/>
        </w:rPr>
        <w:t>Outstanding teaching in cultural courses or in disciplines where material pertinent to fostering a culture of belonging for all students has been integrated effectively.</w:t>
      </w:r>
    </w:p>
    <w:p w14:paraId="6671FE9D" w14:textId="77777777" w:rsidR="00322159" w:rsidRPr="00235BFF" w:rsidRDefault="007F0612" w:rsidP="00322159">
      <w:pPr>
        <w:pStyle w:val="ListParagraph"/>
        <w:numPr>
          <w:ilvl w:val="0"/>
          <w:numId w:val="11"/>
        </w:numPr>
        <w:rPr>
          <w:rFonts w:ascii="Cambria" w:hAnsi="Cambria"/>
        </w:rPr>
      </w:pPr>
      <w:r w:rsidRPr="00235BFF">
        <w:rPr>
          <w:rFonts w:ascii="Cambria" w:hAnsi="Cambria"/>
        </w:rPr>
        <w:t xml:space="preserve">Outstanding contributions in developing an educational program promoting a sense of belonging for students or the campus community, which contributes to the </w:t>
      </w:r>
      <w:r w:rsidR="00322159" w:rsidRPr="00235BFF">
        <w:rPr>
          <w:rFonts w:ascii="Cambria" w:hAnsi="Cambria"/>
        </w:rPr>
        <w:t>well-being</w:t>
      </w:r>
      <w:r w:rsidRPr="00235BFF">
        <w:rPr>
          <w:rFonts w:ascii="Cambria" w:hAnsi="Cambria"/>
        </w:rPr>
        <w:t xml:space="preserve"> of student belonging or a positive climate for all students overall.</w:t>
      </w:r>
    </w:p>
    <w:p w14:paraId="31DB905D" w14:textId="77777777" w:rsidR="00322159" w:rsidRPr="00235BFF" w:rsidRDefault="007F0612" w:rsidP="00322159">
      <w:pPr>
        <w:pStyle w:val="ListParagraph"/>
        <w:numPr>
          <w:ilvl w:val="0"/>
          <w:numId w:val="11"/>
        </w:numPr>
        <w:rPr>
          <w:rFonts w:ascii="Cambria" w:hAnsi="Cambria"/>
        </w:rPr>
      </w:pPr>
      <w:r w:rsidRPr="00235BFF">
        <w:rPr>
          <w:rFonts w:ascii="Cambria" w:hAnsi="Cambria"/>
        </w:rPr>
        <w:t>Outstanding efforts in recruiting students from low</w:t>
      </w:r>
      <w:r w:rsidR="00322159" w:rsidRPr="00235BFF">
        <w:rPr>
          <w:rFonts w:ascii="Cambria" w:hAnsi="Cambria"/>
        </w:rPr>
        <w:t>-</w:t>
      </w:r>
      <w:r w:rsidRPr="00235BFF">
        <w:rPr>
          <w:rFonts w:ascii="Cambria" w:hAnsi="Cambria"/>
        </w:rPr>
        <w:t>income, first</w:t>
      </w:r>
      <w:r w:rsidR="00322159" w:rsidRPr="00235BFF">
        <w:rPr>
          <w:rFonts w:ascii="Cambria" w:hAnsi="Cambria"/>
        </w:rPr>
        <w:t>-</w:t>
      </w:r>
      <w:r w:rsidRPr="00235BFF">
        <w:rPr>
          <w:rFonts w:ascii="Cambria" w:hAnsi="Cambria"/>
        </w:rPr>
        <w:t>generation, or any other background.</w:t>
      </w:r>
    </w:p>
    <w:p w14:paraId="7DE47D78" w14:textId="77777777" w:rsidR="00322159" w:rsidRPr="00235BFF" w:rsidRDefault="007F0612" w:rsidP="00322159">
      <w:pPr>
        <w:pStyle w:val="ListParagraph"/>
        <w:numPr>
          <w:ilvl w:val="0"/>
          <w:numId w:val="11"/>
        </w:numPr>
        <w:rPr>
          <w:rFonts w:ascii="Cambria" w:hAnsi="Cambria"/>
        </w:rPr>
      </w:pPr>
      <w:r w:rsidRPr="00235BFF">
        <w:rPr>
          <w:rFonts w:ascii="Cambria" w:hAnsi="Cambria"/>
        </w:rPr>
        <w:t>Outstanding efforts to retain and develop students from low</w:t>
      </w:r>
      <w:r w:rsidR="00322159" w:rsidRPr="00235BFF">
        <w:rPr>
          <w:rFonts w:ascii="Cambria" w:hAnsi="Cambria"/>
        </w:rPr>
        <w:t>-</w:t>
      </w:r>
      <w:r w:rsidRPr="00235BFF">
        <w:rPr>
          <w:rFonts w:ascii="Cambria" w:hAnsi="Cambria"/>
        </w:rPr>
        <w:t>income, first</w:t>
      </w:r>
      <w:r w:rsidR="00322159" w:rsidRPr="00235BFF">
        <w:rPr>
          <w:rFonts w:ascii="Cambria" w:hAnsi="Cambria"/>
        </w:rPr>
        <w:t>-</w:t>
      </w:r>
      <w:r w:rsidRPr="00235BFF">
        <w:rPr>
          <w:rFonts w:ascii="Cambria" w:hAnsi="Cambria"/>
        </w:rPr>
        <w:t>generation, or any other background.</w:t>
      </w:r>
    </w:p>
    <w:p w14:paraId="10669F8C" w14:textId="371D6625" w:rsidR="00D37C27" w:rsidRPr="00235BFF" w:rsidRDefault="007F0612" w:rsidP="00322159">
      <w:pPr>
        <w:pStyle w:val="ListParagraph"/>
        <w:numPr>
          <w:ilvl w:val="0"/>
          <w:numId w:val="11"/>
        </w:numPr>
        <w:rPr>
          <w:rFonts w:ascii="Cambria" w:hAnsi="Cambria"/>
        </w:rPr>
      </w:pPr>
      <w:r w:rsidRPr="00235BFF">
        <w:rPr>
          <w:rFonts w:ascii="Cambria" w:hAnsi="Cambria"/>
        </w:rPr>
        <w:t>Unique and highly impactful efforts, research, or study abroad programs directed toward low</w:t>
      </w:r>
      <w:r w:rsidR="00322159" w:rsidRPr="00235BFF">
        <w:rPr>
          <w:rFonts w:ascii="Cambria" w:hAnsi="Cambria"/>
        </w:rPr>
        <w:t>-</w:t>
      </w:r>
      <w:r w:rsidRPr="00235BFF">
        <w:rPr>
          <w:rFonts w:ascii="Cambria" w:hAnsi="Cambria"/>
        </w:rPr>
        <w:t>income, first</w:t>
      </w:r>
      <w:r w:rsidR="00322159" w:rsidRPr="00235BFF">
        <w:rPr>
          <w:rFonts w:ascii="Cambria" w:hAnsi="Cambria"/>
        </w:rPr>
        <w:t>-</w:t>
      </w:r>
      <w:r w:rsidRPr="00235BFF">
        <w:rPr>
          <w:rFonts w:ascii="Cambria" w:hAnsi="Cambria"/>
        </w:rPr>
        <w:t>generation, or any other background.</w:t>
      </w:r>
    </w:p>
    <w:p w14:paraId="040593F2" w14:textId="77777777" w:rsidR="00322159" w:rsidRPr="00235BFF" w:rsidRDefault="00322159" w:rsidP="00322159">
      <w:pPr>
        <w:pStyle w:val="ListParagraph"/>
        <w:ind w:left="1008"/>
        <w:rPr>
          <w:rFonts w:ascii="Cambria" w:hAnsi="Cambria"/>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189"/>
        <w:gridCol w:w="8035"/>
      </w:tblGrid>
      <w:tr w:rsidR="00D37C27" w:rsidRPr="00235BFF" w14:paraId="7D60AA46" w14:textId="77777777">
        <w:trPr>
          <w:jc w:val="center"/>
        </w:trPr>
        <w:tc>
          <w:tcPr>
            <w:tcW w:w="2232" w:type="dxa"/>
          </w:tcPr>
          <w:p w14:paraId="4C037A53" w14:textId="77777777" w:rsidR="00D37C27" w:rsidRPr="00235BFF" w:rsidRDefault="007F0612" w:rsidP="00322159">
            <w:pPr>
              <w:rPr>
                <w:rFonts w:ascii="Cambria" w:hAnsi="Cambria"/>
              </w:rPr>
            </w:pPr>
            <w:r w:rsidRPr="00235BFF">
              <w:rPr>
                <w:rFonts w:ascii="Cambria" w:hAnsi="Cambria"/>
                <w:b/>
              </w:rPr>
              <w:t>APPLICATIONS</w:t>
            </w:r>
          </w:p>
        </w:tc>
        <w:tc>
          <w:tcPr>
            <w:tcW w:w="8424" w:type="dxa"/>
          </w:tcPr>
          <w:p w14:paraId="6A74B38A" w14:textId="77777777" w:rsidR="00322159" w:rsidRPr="00235BFF" w:rsidRDefault="00322159" w:rsidP="00322159">
            <w:pPr>
              <w:rPr>
                <w:rFonts w:ascii="Cambria" w:hAnsi="Cambria"/>
                <w:sz w:val="2"/>
                <w:szCs w:val="2"/>
              </w:rPr>
            </w:pPr>
          </w:p>
          <w:p w14:paraId="34D8DB84" w14:textId="77777777" w:rsidR="00322159" w:rsidRPr="00235BFF" w:rsidRDefault="007F0612" w:rsidP="00322159">
            <w:pPr>
              <w:rPr>
                <w:rFonts w:ascii="Cambria" w:hAnsi="Cambria"/>
              </w:rPr>
            </w:pPr>
            <w:r w:rsidRPr="00235BFF">
              <w:rPr>
                <w:rFonts w:ascii="Cambria" w:hAnsi="Cambria"/>
              </w:rPr>
              <w:t>Faculty, staff and alumni members who are eligible for this award can only be nominated by K</w:t>
            </w:r>
            <w:r w:rsidR="00322159" w:rsidRPr="00235BFF">
              <w:rPr>
                <w:rFonts w:ascii="Cambria" w:hAnsi="Cambria"/>
              </w:rPr>
              <w:t>-</w:t>
            </w:r>
            <w:r w:rsidRPr="00235BFF">
              <w:rPr>
                <w:rFonts w:ascii="Cambria" w:hAnsi="Cambria"/>
              </w:rPr>
              <w:t xml:space="preserve">State faculty, students, staff, or administrators. The </w:t>
            </w:r>
            <w:r w:rsidR="00322159" w:rsidRPr="00235BFF">
              <w:rPr>
                <w:rFonts w:ascii="Cambria" w:hAnsi="Cambria"/>
              </w:rPr>
              <w:t>deadline</w:t>
            </w:r>
            <w:r w:rsidRPr="00235BFF">
              <w:rPr>
                <w:rFonts w:ascii="Cambria" w:hAnsi="Cambria"/>
              </w:rPr>
              <w:t xml:space="preserve"> for </w:t>
            </w:r>
            <w:r w:rsidR="00322159" w:rsidRPr="00235BFF">
              <w:rPr>
                <w:rFonts w:ascii="Cambria" w:hAnsi="Cambria"/>
              </w:rPr>
              <w:t>complete</w:t>
            </w:r>
            <w:r w:rsidRPr="00235BFF">
              <w:rPr>
                <w:rFonts w:ascii="Cambria" w:hAnsi="Cambria"/>
              </w:rPr>
              <w:t xml:space="preserve"> nominations is </w:t>
            </w:r>
            <w:r w:rsidRPr="00235BFF">
              <w:rPr>
                <w:rFonts w:ascii="Cambria" w:hAnsi="Cambria"/>
                <w:b/>
                <w:bCs/>
              </w:rPr>
              <w:t>5:00 p.m. on Friday, October 30, 2026</w:t>
            </w:r>
            <w:r w:rsidRPr="00235BFF">
              <w:rPr>
                <w:rFonts w:ascii="Cambria" w:hAnsi="Cambria"/>
              </w:rPr>
              <w:t xml:space="preserve">. </w:t>
            </w:r>
          </w:p>
          <w:p w14:paraId="0E914CCD" w14:textId="77777777" w:rsidR="00322159" w:rsidRPr="00235BFF" w:rsidRDefault="007F0612" w:rsidP="00322159">
            <w:pPr>
              <w:rPr>
                <w:rFonts w:ascii="Cambria" w:hAnsi="Cambria"/>
              </w:rPr>
            </w:pPr>
            <w:r w:rsidRPr="00235BFF">
              <w:rPr>
                <w:rFonts w:ascii="Cambria" w:hAnsi="Cambria"/>
              </w:rPr>
              <w:t>Completed nomination packets must be emailed to</w:t>
            </w:r>
            <w:r w:rsidR="00322159" w:rsidRPr="00235BFF">
              <w:rPr>
                <w:rFonts w:ascii="Cambria" w:hAnsi="Cambria"/>
              </w:rPr>
              <w:t>:</w:t>
            </w:r>
          </w:p>
          <w:p w14:paraId="1099914C" w14:textId="77777777" w:rsidR="00322159" w:rsidRPr="00235BFF" w:rsidRDefault="007F0612" w:rsidP="00322159">
            <w:pPr>
              <w:rPr>
                <w:rFonts w:ascii="Cambria" w:hAnsi="Cambria"/>
              </w:rPr>
            </w:pPr>
            <w:r w:rsidRPr="00235BFF">
              <w:rPr>
                <w:rFonts w:ascii="Cambria" w:hAnsi="Cambria"/>
                <w:b/>
                <w:bCs/>
              </w:rPr>
              <w:t>Ana Guanes</w:t>
            </w:r>
            <w:r w:rsidRPr="00235BFF">
              <w:rPr>
                <w:rFonts w:ascii="Cambria" w:hAnsi="Cambria"/>
              </w:rPr>
              <w:t xml:space="preserve"> at </w:t>
            </w:r>
            <w:r w:rsidRPr="00235BFF">
              <w:rPr>
                <w:rFonts w:ascii="Cambria" w:hAnsi="Cambria"/>
                <w:b/>
                <w:bCs/>
              </w:rPr>
              <w:t>anaguanes@ksu.edu</w:t>
            </w:r>
            <w:r w:rsidRPr="00235BFF">
              <w:rPr>
                <w:rFonts w:ascii="Cambria" w:hAnsi="Cambria"/>
              </w:rPr>
              <w:t xml:space="preserve"> with </w:t>
            </w:r>
            <w:r w:rsidRPr="00235BFF">
              <w:rPr>
                <w:rFonts w:ascii="Cambria" w:hAnsi="Cambria"/>
                <w:b/>
                <w:bCs/>
              </w:rPr>
              <w:t>belonging@k-state.edu</w:t>
            </w:r>
            <w:r w:rsidRPr="00235BFF">
              <w:rPr>
                <w:rFonts w:ascii="Cambria" w:hAnsi="Cambria"/>
              </w:rPr>
              <w:t xml:space="preserve"> copied on the email. </w:t>
            </w:r>
          </w:p>
          <w:p w14:paraId="585F808A" w14:textId="60EA1E4E" w:rsidR="00D37C27" w:rsidRPr="00235BFF" w:rsidRDefault="007F0612" w:rsidP="00322159">
            <w:pPr>
              <w:jc w:val="center"/>
              <w:rPr>
                <w:rFonts w:ascii="Cambria" w:hAnsi="Cambria"/>
                <w:i/>
                <w:iCs/>
              </w:rPr>
            </w:pPr>
            <w:r w:rsidRPr="00235BFF">
              <w:rPr>
                <w:rFonts w:ascii="Cambria" w:hAnsi="Cambria"/>
                <w:b/>
                <w:bCs/>
                <w:i/>
                <w:iCs/>
              </w:rPr>
              <w:t xml:space="preserve">Questions may be sent to Ana Guanes at </w:t>
            </w:r>
            <w:r w:rsidRPr="00235BFF">
              <w:rPr>
                <w:rFonts w:ascii="Cambria" w:hAnsi="Cambria"/>
                <w:b/>
                <w:bCs/>
                <w:i/>
                <w:iCs/>
              </w:rPr>
              <w:t>anaguanes@ksu.edu</w:t>
            </w:r>
            <w:r w:rsidRPr="00235BFF">
              <w:rPr>
                <w:rFonts w:ascii="Cambria" w:hAnsi="Cambria"/>
                <w:i/>
                <w:iCs/>
              </w:rPr>
              <w:t>.</w:t>
            </w:r>
          </w:p>
          <w:p w14:paraId="3C78B265" w14:textId="21D8A07B" w:rsidR="00322159" w:rsidRPr="00235BFF" w:rsidRDefault="00322159" w:rsidP="00322159">
            <w:pPr>
              <w:rPr>
                <w:rFonts w:ascii="Cambria" w:hAnsi="Cambria"/>
              </w:rPr>
            </w:pPr>
          </w:p>
        </w:tc>
      </w:tr>
    </w:tbl>
    <w:p w14:paraId="00713A9E" w14:textId="77777777" w:rsidR="00D37C27" w:rsidRDefault="00D37C27" w:rsidP="00322159"/>
    <w:p w14:paraId="12E26431" w14:textId="77777777" w:rsidR="00D37C27" w:rsidRDefault="007F0612" w:rsidP="00322159">
      <w:r>
        <w:br w:type="page"/>
      </w:r>
    </w:p>
    <w:p w14:paraId="3C6C606E" w14:textId="77777777" w:rsidR="00322159" w:rsidRDefault="00322159" w:rsidP="00322159">
      <w:pPr>
        <w:spacing w:after="0"/>
        <w:jc w:val="center"/>
        <w:rPr>
          <w:b/>
          <w:sz w:val="26"/>
        </w:rPr>
      </w:pPr>
    </w:p>
    <w:p w14:paraId="122A6666" w14:textId="5724DE2E" w:rsidR="00D37C27" w:rsidRPr="00235BFF" w:rsidRDefault="007F0612" w:rsidP="00322159">
      <w:pPr>
        <w:spacing w:after="0"/>
        <w:jc w:val="center"/>
        <w:rPr>
          <w:rFonts w:ascii="Cambria" w:hAnsi="Cambria"/>
        </w:rPr>
      </w:pPr>
      <w:r w:rsidRPr="00235BFF">
        <w:rPr>
          <w:rFonts w:ascii="Cambria" w:hAnsi="Cambria"/>
          <w:b/>
          <w:sz w:val="26"/>
        </w:rPr>
        <w:t>COMMERCE BANK PRESIDENTIAL FACULTY AND STAFF</w:t>
      </w:r>
    </w:p>
    <w:p w14:paraId="7FA717AD" w14:textId="77777777" w:rsidR="00D37C27" w:rsidRPr="00235BFF" w:rsidRDefault="007F0612" w:rsidP="00322159">
      <w:pPr>
        <w:spacing w:after="0"/>
        <w:jc w:val="center"/>
        <w:rPr>
          <w:rFonts w:ascii="Cambria" w:hAnsi="Cambria"/>
        </w:rPr>
      </w:pPr>
      <w:r w:rsidRPr="00235BFF">
        <w:rPr>
          <w:rFonts w:ascii="Cambria" w:hAnsi="Cambria"/>
          <w:b/>
          <w:sz w:val="26"/>
        </w:rPr>
        <w:t>AWARD FOR STUDENT BELONGING</w:t>
      </w:r>
    </w:p>
    <w:p w14:paraId="48444E62" w14:textId="77777777" w:rsidR="00D37C27" w:rsidRPr="00235BFF" w:rsidRDefault="007F0612" w:rsidP="00322159">
      <w:pPr>
        <w:spacing w:after="0"/>
        <w:jc w:val="center"/>
        <w:rPr>
          <w:rFonts w:ascii="Cambria" w:hAnsi="Cambria"/>
          <w:b/>
          <w:sz w:val="26"/>
          <w:u w:val="single"/>
        </w:rPr>
      </w:pPr>
      <w:r w:rsidRPr="00235BFF">
        <w:rPr>
          <w:rFonts w:ascii="Cambria" w:hAnsi="Cambria"/>
          <w:b/>
          <w:sz w:val="26"/>
          <w:u w:val="single"/>
        </w:rPr>
        <w:t>NOMINATION FORM</w:t>
      </w:r>
    </w:p>
    <w:p w14:paraId="5B75D93F" w14:textId="77777777" w:rsidR="00322159" w:rsidRPr="00235BFF" w:rsidRDefault="00322159" w:rsidP="00322159">
      <w:pPr>
        <w:spacing w:after="0"/>
        <w:jc w:val="center"/>
        <w:rPr>
          <w:rFonts w:ascii="Cambria" w:hAnsi="Cambria"/>
        </w:rPr>
      </w:pPr>
    </w:p>
    <w:p w14:paraId="7F7FD180" w14:textId="77777777" w:rsidR="00D37C27" w:rsidRPr="00235BFF" w:rsidRDefault="007F0612" w:rsidP="00322159">
      <w:pPr>
        <w:rPr>
          <w:rFonts w:ascii="Cambria" w:hAnsi="Cambria"/>
        </w:rPr>
      </w:pPr>
      <w:r w:rsidRPr="00235BFF">
        <w:rPr>
          <w:rFonts w:ascii="Cambria" w:hAnsi="Cambria"/>
        </w:rPr>
        <w:t>Please provide the following information about the nominee:</w:t>
      </w:r>
    </w:p>
    <w:p w14:paraId="65951BC6" w14:textId="77777777" w:rsidR="00D37C27" w:rsidRPr="00235BFF" w:rsidRDefault="007F0612" w:rsidP="00322159">
      <w:pPr>
        <w:rPr>
          <w:rFonts w:ascii="Cambria" w:hAnsi="Cambria"/>
        </w:rPr>
      </w:pPr>
      <w:r w:rsidRPr="00235BFF">
        <w:rPr>
          <w:rFonts w:ascii="Cambria" w:hAnsi="Cambria"/>
        </w:rPr>
        <w:t>Name: ____________________________________________</w:t>
      </w:r>
    </w:p>
    <w:p w14:paraId="245779EF" w14:textId="77777777" w:rsidR="00D37C27" w:rsidRPr="00235BFF" w:rsidRDefault="007F0612" w:rsidP="00322159">
      <w:pPr>
        <w:rPr>
          <w:rFonts w:ascii="Cambria" w:hAnsi="Cambria"/>
        </w:rPr>
      </w:pPr>
      <w:r w:rsidRPr="00235BFF">
        <w:rPr>
          <w:rFonts w:ascii="Cambria" w:hAnsi="Cambria"/>
        </w:rPr>
        <w:t>Phone Number: ___________________________________</w:t>
      </w:r>
    </w:p>
    <w:p w14:paraId="4AED9B18" w14:textId="77777777" w:rsidR="00D37C27" w:rsidRPr="00235BFF" w:rsidRDefault="007F0612" w:rsidP="00322159">
      <w:pPr>
        <w:rPr>
          <w:rFonts w:ascii="Cambria" w:hAnsi="Cambria"/>
        </w:rPr>
      </w:pPr>
      <w:r w:rsidRPr="00235BFF">
        <w:rPr>
          <w:rFonts w:ascii="Cambria" w:hAnsi="Cambria"/>
        </w:rPr>
        <w:t>Address: ______________________________________________________________________</w:t>
      </w:r>
    </w:p>
    <w:p w14:paraId="1863B652" w14:textId="77777777" w:rsidR="00D37C27" w:rsidRPr="00235BFF" w:rsidRDefault="007F0612" w:rsidP="00322159">
      <w:pPr>
        <w:rPr>
          <w:rFonts w:ascii="Cambria" w:hAnsi="Cambria"/>
        </w:rPr>
      </w:pPr>
      <w:r w:rsidRPr="00235BFF">
        <w:rPr>
          <w:rFonts w:ascii="Cambria" w:hAnsi="Cambria"/>
        </w:rPr>
        <w:t>Email: _______________________________________________________</w:t>
      </w:r>
    </w:p>
    <w:p w14:paraId="44563005" w14:textId="77777777" w:rsidR="00D37C27" w:rsidRPr="00235BFF" w:rsidRDefault="007F0612" w:rsidP="00322159">
      <w:pPr>
        <w:rPr>
          <w:rFonts w:ascii="Cambria" w:hAnsi="Cambria"/>
        </w:rPr>
      </w:pPr>
      <w:r w:rsidRPr="00235BFF">
        <w:rPr>
          <w:rFonts w:ascii="Cambria" w:hAnsi="Cambria"/>
        </w:rPr>
        <w:t>Nominee’s present relationship to Kansas State University: ______________________</w:t>
      </w:r>
    </w:p>
    <w:p w14:paraId="397D0D8D" w14:textId="77777777" w:rsidR="00D37C27" w:rsidRPr="00235BFF" w:rsidRDefault="007F0612" w:rsidP="00322159">
      <w:pPr>
        <w:rPr>
          <w:rFonts w:ascii="Cambria" w:hAnsi="Cambria"/>
        </w:rPr>
      </w:pPr>
      <w:r w:rsidRPr="00235BFF">
        <w:rPr>
          <w:rFonts w:ascii="Cambria" w:hAnsi="Cambria"/>
        </w:rPr>
        <w:t>Please write a nomination statement on separate letterhead outlining the nature of activities warranting this nomination for the past academic year and previous semesters.</w:t>
      </w:r>
    </w:p>
    <w:p w14:paraId="0D7DBCFB" w14:textId="77777777" w:rsidR="00D37C27" w:rsidRPr="00235BFF" w:rsidRDefault="007F0612" w:rsidP="00322159">
      <w:pPr>
        <w:rPr>
          <w:rFonts w:ascii="Cambria" w:hAnsi="Cambria"/>
        </w:rPr>
      </w:pPr>
      <w:r w:rsidRPr="00235BFF">
        <w:rPr>
          <w:rFonts w:ascii="Cambria" w:hAnsi="Cambria"/>
        </w:rPr>
        <w:t>Documentation supportive of this application should include:</w:t>
      </w:r>
    </w:p>
    <w:p w14:paraId="2BC7AC19" w14:textId="1992E096" w:rsidR="00D37C27" w:rsidRPr="00235BFF" w:rsidRDefault="007F0612" w:rsidP="00235BFF">
      <w:pPr>
        <w:pStyle w:val="ListParagraph"/>
        <w:numPr>
          <w:ilvl w:val="0"/>
          <w:numId w:val="12"/>
        </w:numPr>
        <w:rPr>
          <w:rFonts w:ascii="Cambria" w:hAnsi="Cambria"/>
        </w:rPr>
      </w:pPr>
      <w:r w:rsidRPr="00235BFF">
        <w:rPr>
          <w:rFonts w:ascii="Cambria" w:hAnsi="Cambria"/>
        </w:rPr>
        <w:t>A summary of the nominee’s activities, service or leadership contributing to the enhancement of student belonging at Kansas State University.</w:t>
      </w:r>
    </w:p>
    <w:p w14:paraId="2621F66D" w14:textId="7480B179" w:rsidR="00D37C27" w:rsidRPr="00235BFF" w:rsidRDefault="007F0612" w:rsidP="00235BFF">
      <w:pPr>
        <w:pStyle w:val="ListParagraph"/>
        <w:numPr>
          <w:ilvl w:val="0"/>
          <w:numId w:val="12"/>
        </w:numPr>
        <w:rPr>
          <w:rFonts w:ascii="Cambria" w:hAnsi="Cambria"/>
        </w:rPr>
      </w:pPr>
      <w:r w:rsidRPr="00235BFF">
        <w:rPr>
          <w:rFonts w:ascii="Cambria" w:hAnsi="Cambria"/>
          <w:b/>
          <w:bCs/>
          <w:u w:val="single"/>
        </w:rPr>
        <w:t>Three letters of support</w:t>
      </w:r>
      <w:r w:rsidRPr="00235BFF">
        <w:rPr>
          <w:rFonts w:ascii="Cambria" w:hAnsi="Cambria"/>
        </w:rPr>
        <w:t xml:space="preserve">. Additional letters of support will not be considered. </w:t>
      </w:r>
      <w:r w:rsidRPr="00235BFF">
        <w:rPr>
          <w:rFonts w:ascii="Cambria" w:hAnsi="Cambria"/>
          <w:b/>
          <w:bCs/>
          <w:u w:val="single"/>
        </w:rPr>
        <w:t>The letters of support should be included in the electronic nomination packet as a single PDF file</w:t>
      </w:r>
      <w:r w:rsidRPr="00235BFF">
        <w:rPr>
          <w:rFonts w:ascii="Cambria" w:hAnsi="Cambria"/>
        </w:rPr>
        <w:t>. Incomplete nominations will not be considered.</w:t>
      </w:r>
    </w:p>
    <w:p w14:paraId="7FF7880A" w14:textId="61A85465" w:rsidR="00D37C27" w:rsidRPr="00235BFF" w:rsidRDefault="007F0612" w:rsidP="00235BFF">
      <w:pPr>
        <w:pStyle w:val="ListParagraph"/>
        <w:numPr>
          <w:ilvl w:val="0"/>
          <w:numId w:val="12"/>
        </w:numPr>
        <w:rPr>
          <w:rFonts w:ascii="Cambria" w:hAnsi="Cambria"/>
        </w:rPr>
      </w:pPr>
      <w:r w:rsidRPr="00235BFF">
        <w:rPr>
          <w:rFonts w:ascii="Cambria" w:hAnsi="Cambria"/>
        </w:rPr>
        <w:t>The nominee’s resume or curriculum vita.</w:t>
      </w:r>
    </w:p>
    <w:p w14:paraId="562ADCAB" w14:textId="77777777" w:rsidR="00D37C27" w:rsidRPr="00235BFF" w:rsidRDefault="007F0612" w:rsidP="00322159">
      <w:pPr>
        <w:rPr>
          <w:rFonts w:ascii="Cambria" w:hAnsi="Cambria"/>
        </w:rPr>
      </w:pPr>
      <w:r w:rsidRPr="00235BFF">
        <w:rPr>
          <w:rFonts w:ascii="Cambria" w:hAnsi="Cambria"/>
        </w:rPr>
        <w:t>Name of person making the nomination:</w:t>
      </w:r>
    </w:p>
    <w:p w14:paraId="456081D5" w14:textId="77777777" w:rsidR="00D37C27" w:rsidRPr="00235BFF" w:rsidRDefault="007F0612" w:rsidP="00322159">
      <w:pPr>
        <w:rPr>
          <w:rFonts w:ascii="Cambria" w:hAnsi="Cambria"/>
        </w:rPr>
      </w:pPr>
      <w:r w:rsidRPr="00235BFF">
        <w:rPr>
          <w:rFonts w:ascii="Cambria" w:hAnsi="Cambria"/>
        </w:rPr>
        <w:t>Name: ____________________________________________</w:t>
      </w:r>
    </w:p>
    <w:p w14:paraId="2261AFEF" w14:textId="77777777" w:rsidR="00D37C27" w:rsidRPr="00235BFF" w:rsidRDefault="007F0612" w:rsidP="00322159">
      <w:pPr>
        <w:rPr>
          <w:rFonts w:ascii="Cambria" w:hAnsi="Cambria"/>
        </w:rPr>
      </w:pPr>
      <w:r w:rsidRPr="00235BFF">
        <w:rPr>
          <w:rFonts w:ascii="Cambria" w:hAnsi="Cambria"/>
        </w:rPr>
        <w:t>Address: ______________________________________________________________________</w:t>
      </w:r>
    </w:p>
    <w:p w14:paraId="18A7185A" w14:textId="77777777" w:rsidR="00D37C27" w:rsidRPr="00235BFF" w:rsidRDefault="007F0612" w:rsidP="00322159">
      <w:pPr>
        <w:rPr>
          <w:rFonts w:ascii="Cambria" w:hAnsi="Cambria"/>
        </w:rPr>
      </w:pPr>
      <w:r w:rsidRPr="00235BFF">
        <w:rPr>
          <w:rFonts w:ascii="Cambria" w:hAnsi="Cambria"/>
        </w:rPr>
        <w:t>Phone: ___________________________________</w:t>
      </w:r>
    </w:p>
    <w:p w14:paraId="5D5DF4D5" w14:textId="77777777" w:rsidR="00D37C27" w:rsidRPr="00235BFF" w:rsidRDefault="007F0612" w:rsidP="00322159">
      <w:pPr>
        <w:rPr>
          <w:rFonts w:ascii="Cambria" w:hAnsi="Cambria"/>
        </w:rPr>
      </w:pPr>
      <w:r w:rsidRPr="00235BFF">
        <w:rPr>
          <w:rFonts w:ascii="Cambria" w:hAnsi="Cambria"/>
        </w:rPr>
        <w:t xml:space="preserve">Email: </w:t>
      </w:r>
      <w:r w:rsidRPr="00235BFF">
        <w:rPr>
          <w:rFonts w:ascii="Cambria" w:hAnsi="Cambria"/>
        </w:rPr>
        <w:t>_______________________________________________________</w:t>
      </w:r>
    </w:p>
    <w:p w14:paraId="45096526" w14:textId="4D67BE7A" w:rsidR="00235BFF" w:rsidRPr="00235BFF" w:rsidRDefault="00235BFF" w:rsidP="00235BFF">
      <w:pPr>
        <w:rPr>
          <w:rFonts w:ascii="Cambria" w:hAnsi="Cambria"/>
        </w:rPr>
      </w:pPr>
      <w:r w:rsidRPr="00235BFF">
        <w:rPr>
          <w:rFonts w:ascii="Cambria" w:hAnsi="Cambria"/>
        </w:rPr>
        <w:t xml:space="preserve">Return the completed nomination packet by </w:t>
      </w:r>
      <w:r w:rsidRPr="00235BFF">
        <w:rPr>
          <w:rFonts w:ascii="Cambria" w:hAnsi="Cambria"/>
          <w:b/>
          <w:bCs/>
        </w:rPr>
        <w:t>5:00 p.m. on Friday, October 30, 2026</w:t>
      </w:r>
      <w:r w:rsidRPr="00235BFF">
        <w:rPr>
          <w:rFonts w:ascii="Cambria" w:hAnsi="Cambria"/>
        </w:rPr>
        <w:t xml:space="preserve">. Please submit all materials as </w:t>
      </w:r>
      <w:r w:rsidRPr="003A644D">
        <w:rPr>
          <w:rFonts w:ascii="Cambria" w:hAnsi="Cambria"/>
          <w:b/>
          <w:bCs/>
          <w:u w:val="single"/>
        </w:rPr>
        <w:t>one PDF packet</w:t>
      </w:r>
      <w:r w:rsidRPr="003A644D">
        <w:rPr>
          <w:rFonts w:ascii="Cambria" w:hAnsi="Cambria"/>
          <w:b/>
          <w:bCs/>
        </w:rPr>
        <w:t xml:space="preserve"> </w:t>
      </w:r>
      <w:r w:rsidRPr="00235BFF">
        <w:rPr>
          <w:rFonts w:ascii="Cambria" w:hAnsi="Cambria"/>
        </w:rPr>
        <w:t xml:space="preserve">in the </w:t>
      </w:r>
      <w:r w:rsidRPr="003A644D">
        <w:rPr>
          <w:rFonts w:ascii="Cambria" w:hAnsi="Cambria"/>
          <w:u w:val="single"/>
        </w:rPr>
        <w:t>following order</w:t>
      </w:r>
      <w:r w:rsidRPr="00235BFF">
        <w:rPr>
          <w:rFonts w:ascii="Cambria" w:hAnsi="Cambria"/>
        </w:rPr>
        <w:t>:</w:t>
      </w:r>
    </w:p>
    <w:p w14:paraId="147A2D5C" w14:textId="77777777" w:rsidR="00235BFF" w:rsidRPr="00235BFF" w:rsidRDefault="00235BFF" w:rsidP="00235BFF">
      <w:pPr>
        <w:pStyle w:val="ListParagraph"/>
        <w:numPr>
          <w:ilvl w:val="0"/>
          <w:numId w:val="14"/>
        </w:numPr>
        <w:rPr>
          <w:rFonts w:ascii="Cambria" w:hAnsi="Cambria"/>
        </w:rPr>
      </w:pPr>
      <w:r w:rsidRPr="00235BFF">
        <w:rPr>
          <w:rFonts w:ascii="Cambria" w:hAnsi="Cambria"/>
        </w:rPr>
        <w:t>Completed nomination form</w:t>
      </w:r>
    </w:p>
    <w:p w14:paraId="2E2AF1FF" w14:textId="77777777" w:rsidR="00235BFF" w:rsidRPr="00235BFF" w:rsidRDefault="00235BFF" w:rsidP="00235BFF">
      <w:pPr>
        <w:pStyle w:val="ListParagraph"/>
        <w:numPr>
          <w:ilvl w:val="0"/>
          <w:numId w:val="14"/>
        </w:numPr>
        <w:rPr>
          <w:rFonts w:ascii="Cambria" w:hAnsi="Cambria"/>
        </w:rPr>
      </w:pPr>
      <w:r w:rsidRPr="00235BFF">
        <w:rPr>
          <w:rFonts w:ascii="Cambria" w:hAnsi="Cambria"/>
        </w:rPr>
        <w:t>Nomination summary</w:t>
      </w:r>
    </w:p>
    <w:p w14:paraId="409299BB" w14:textId="77777777" w:rsidR="00235BFF" w:rsidRPr="00235BFF" w:rsidRDefault="00235BFF" w:rsidP="00235BFF">
      <w:pPr>
        <w:pStyle w:val="ListParagraph"/>
        <w:numPr>
          <w:ilvl w:val="0"/>
          <w:numId w:val="14"/>
        </w:numPr>
        <w:rPr>
          <w:rFonts w:ascii="Cambria" w:hAnsi="Cambria"/>
        </w:rPr>
      </w:pPr>
      <w:r w:rsidRPr="00235BFF">
        <w:rPr>
          <w:rFonts w:ascii="Cambria" w:hAnsi="Cambria"/>
        </w:rPr>
        <w:t>Three letters of support</w:t>
      </w:r>
    </w:p>
    <w:p w14:paraId="1D7A9522" w14:textId="6E61045A" w:rsidR="00235BFF" w:rsidRPr="00235BFF" w:rsidRDefault="00235BFF" w:rsidP="00235BFF">
      <w:pPr>
        <w:pStyle w:val="ListParagraph"/>
        <w:numPr>
          <w:ilvl w:val="0"/>
          <w:numId w:val="14"/>
        </w:numPr>
        <w:rPr>
          <w:rFonts w:ascii="Cambria" w:hAnsi="Cambria"/>
        </w:rPr>
      </w:pPr>
      <w:r w:rsidRPr="00235BFF">
        <w:rPr>
          <w:rFonts w:ascii="Cambria" w:hAnsi="Cambria"/>
        </w:rPr>
        <w:t>Nominee’s résumé or curriculum vitae</w:t>
      </w:r>
    </w:p>
    <w:p w14:paraId="6638E4D9" w14:textId="1AF0D148" w:rsidR="00235BFF" w:rsidRPr="00235BFF" w:rsidRDefault="00235BFF" w:rsidP="00235BFF">
      <w:pPr>
        <w:rPr>
          <w:rFonts w:ascii="Cambria" w:hAnsi="Cambria"/>
        </w:rPr>
      </w:pPr>
      <w:r w:rsidRPr="00235BFF">
        <w:rPr>
          <w:rFonts w:ascii="Cambria" w:hAnsi="Cambria"/>
        </w:rPr>
        <w:t xml:space="preserve">Multiple PDF files will not be accepted. </w:t>
      </w:r>
      <w:r w:rsidRPr="00235BFF">
        <w:rPr>
          <w:rFonts w:ascii="Cambria" w:hAnsi="Cambria"/>
          <w:b/>
          <w:bCs/>
        </w:rPr>
        <w:t>Completed nomination packets must be emailed to Ana Guanes at anaguanes@ksu.edu with belonging@k-state.edu copied on the email</w:t>
      </w:r>
      <w:r w:rsidRPr="00235BFF">
        <w:rPr>
          <w:rFonts w:ascii="Cambria" w:hAnsi="Cambria"/>
        </w:rPr>
        <w:t>.</w:t>
      </w:r>
    </w:p>
    <w:p w14:paraId="05F2708F" w14:textId="48A8B02F" w:rsidR="00235BFF" w:rsidRPr="00235BFF" w:rsidRDefault="00235BFF" w:rsidP="00235BFF">
      <w:pPr>
        <w:rPr>
          <w:rFonts w:ascii="Cambria" w:hAnsi="Cambria"/>
        </w:rPr>
      </w:pPr>
      <w:r w:rsidRPr="00235BFF">
        <w:rPr>
          <w:rFonts w:ascii="Cambria" w:hAnsi="Cambria"/>
        </w:rPr>
        <w:t xml:space="preserve">The email subject line must </w:t>
      </w:r>
      <w:r w:rsidRPr="00235BFF">
        <w:rPr>
          <w:rFonts w:ascii="Cambria" w:hAnsi="Cambria"/>
        </w:rPr>
        <w:t>be</w:t>
      </w:r>
      <w:r>
        <w:rPr>
          <w:rFonts w:ascii="Cambria" w:hAnsi="Cambria"/>
        </w:rPr>
        <w:t xml:space="preserve"> </w:t>
      </w:r>
      <w:r w:rsidRPr="00235BFF">
        <w:rPr>
          <w:rFonts w:ascii="Cambria" w:hAnsi="Cambria"/>
        </w:rPr>
        <w:t>Nominee Name</w:t>
      </w:r>
      <w:r>
        <w:rPr>
          <w:rFonts w:ascii="Cambria" w:hAnsi="Cambria"/>
        </w:rPr>
        <w:t xml:space="preserve"> - </w:t>
      </w:r>
      <w:r w:rsidRPr="00235BFF">
        <w:rPr>
          <w:rFonts w:ascii="Cambria" w:hAnsi="Cambria"/>
        </w:rPr>
        <w:t>Commerce Bank Faculty/Staff Award Nomination</w:t>
      </w:r>
    </w:p>
    <w:p w14:paraId="4089E7BA" w14:textId="2B1EA61C" w:rsidR="00235BFF" w:rsidRPr="00235BFF" w:rsidRDefault="00235BFF" w:rsidP="00235BFF">
      <w:pPr>
        <w:rPr>
          <w:rFonts w:ascii="Cambria" w:hAnsi="Cambria"/>
        </w:rPr>
      </w:pPr>
      <w:r w:rsidRPr="00235BFF">
        <w:rPr>
          <w:rFonts w:ascii="Cambria" w:hAnsi="Cambria"/>
        </w:rPr>
        <w:t>The PDF file must be named:</w:t>
      </w:r>
      <w:r>
        <w:rPr>
          <w:rFonts w:ascii="Cambria" w:hAnsi="Cambria"/>
        </w:rPr>
        <w:t xml:space="preserve"> </w:t>
      </w:r>
      <w:r w:rsidRPr="00235BFF">
        <w:rPr>
          <w:rFonts w:ascii="Cambria" w:hAnsi="Cambria"/>
        </w:rPr>
        <w:t>NomineeLastName_NomineeFirstName_CommerceBank_FacultyStaff_Nomination.pdf</w:t>
      </w:r>
    </w:p>
    <w:p w14:paraId="5A483AF1" w14:textId="56B3DE65" w:rsidR="00D37C27" w:rsidRPr="00235BFF" w:rsidRDefault="00235BFF" w:rsidP="00235BFF">
      <w:pPr>
        <w:jc w:val="center"/>
        <w:rPr>
          <w:rFonts w:ascii="Cambria" w:hAnsi="Cambria"/>
          <w:b/>
          <w:bCs/>
          <w:i/>
          <w:iCs/>
        </w:rPr>
      </w:pPr>
      <w:r w:rsidRPr="00235BFF">
        <w:rPr>
          <w:rFonts w:ascii="Cambria" w:hAnsi="Cambria"/>
          <w:b/>
          <w:bCs/>
          <w:i/>
          <w:iCs/>
        </w:rPr>
        <w:t>Please note there will be no exceptions made to the deadline.</w:t>
      </w:r>
    </w:p>
    <w:sectPr w:rsidR="00D37C27" w:rsidRPr="00235BFF" w:rsidSect="00034616">
      <w:headerReference w:type="default" r:id="rId8"/>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3EA90" w14:textId="77777777" w:rsidR="007F0612" w:rsidRDefault="007F0612" w:rsidP="00322159">
      <w:pPr>
        <w:spacing w:after="0" w:line="240" w:lineRule="auto"/>
      </w:pPr>
      <w:r>
        <w:separator/>
      </w:r>
    </w:p>
  </w:endnote>
  <w:endnote w:type="continuationSeparator" w:id="0">
    <w:p w14:paraId="34576E97" w14:textId="77777777" w:rsidR="007F0612" w:rsidRDefault="007F0612" w:rsidP="00322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2370" w14:textId="4A126610" w:rsidR="00235BFF" w:rsidRPr="00235BFF" w:rsidRDefault="00235BFF" w:rsidP="00235BFF">
    <w:pPr>
      <w:pStyle w:val="Footer"/>
      <w:jc w:val="center"/>
      <w:rPr>
        <w:rFonts w:ascii="Cambria" w:hAnsi="Cambria"/>
        <w:sz w:val="16"/>
        <w:szCs w:val="16"/>
      </w:rPr>
    </w:pPr>
    <w:r w:rsidRPr="00720CE8">
      <w:rPr>
        <w:rFonts w:ascii="Cambria" w:hAnsi="Cambria"/>
        <w:sz w:val="16"/>
        <w:szCs w:val="16"/>
      </w:rPr>
      <w:t>Student Belonging | Kansas State University | 224 Anderson Hall | 919 Mid Campus Drive Manhattan, KS 66502 | 785-532-6276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E8570" w14:textId="77777777" w:rsidR="007F0612" w:rsidRDefault="007F0612" w:rsidP="00322159">
      <w:pPr>
        <w:spacing w:after="0" w:line="240" w:lineRule="auto"/>
      </w:pPr>
      <w:r>
        <w:separator/>
      </w:r>
    </w:p>
  </w:footnote>
  <w:footnote w:type="continuationSeparator" w:id="0">
    <w:p w14:paraId="6E5D41F4" w14:textId="77777777" w:rsidR="007F0612" w:rsidRDefault="007F0612" w:rsidP="00322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25DF5" w14:textId="63B40B0B" w:rsidR="00322159" w:rsidRDefault="00322159" w:rsidP="00322159">
    <w:pPr>
      <w:pStyle w:val="Header"/>
      <w:jc w:val="center"/>
    </w:pPr>
    <w:r>
      <w:rPr>
        <w:noProof/>
      </w:rPr>
      <w:drawing>
        <wp:inline distT="0" distB="0" distL="0" distR="0" wp14:anchorId="0D18A0A2" wp14:editId="69555190">
          <wp:extent cx="2033511" cy="267913"/>
          <wp:effectExtent l="0" t="0" r="5080" b="0"/>
          <wp:docPr id="1823305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05625" name="Picture 1823305625"/>
                  <pic:cNvPicPr/>
                </pic:nvPicPr>
                <pic:blipFill>
                  <a:blip r:embed="rId1"/>
                  <a:stretch>
                    <a:fillRect/>
                  </a:stretch>
                </pic:blipFill>
                <pic:spPr>
                  <a:xfrm>
                    <a:off x="0" y="0"/>
                    <a:ext cx="2099704" cy="2766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883966"/>
    <w:multiLevelType w:val="hybridMultilevel"/>
    <w:tmpl w:val="934440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103674"/>
    <w:multiLevelType w:val="hybridMultilevel"/>
    <w:tmpl w:val="71E02E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232066"/>
    <w:multiLevelType w:val="hybridMultilevel"/>
    <w:tmpl w:val="338E20D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72E87625"/>
    <w:multiLevelType w:val="hybridMultilevel"/>
    <w:tmpl w:val="2572F89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98A04AD"/>
    <w:multiLevelType w:val="hybridMultilevel"/>
    <w:tmpl w:val="D0C0DB1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865757433">
    <w:abstractNumId w:val="8"/>
  </w:num>
  <w:num w:numId="2" w16cid:durableId="1386367227">
    <w:abstractNumId w:val="6"/>
  </w:num>
  <w:num w:numId="3" w16cid:durableId="1842817737">
    <w:abstractNumId w:val="5"/>
  </w:num>
  <w:num w:numId="4" w16cid:durableId="322323381">
    <w:abstractNumId w:val="4"/>
  </w:num>
  <w:num w:numId="5" w16cid:durableId="1259563860">
    <w:abstractNumId w:val="7"/>
  </w:num>
  <w:num w:numId="6" w16cid:durableId="1914076191">
    <w:abstractNumId w:val="3"/>
  </w:num>
  <w:num w:numId="7" w16cid:durableId="503328055">
    <w:abstractNumId w:val="2"/>
  </w:num>
  <w:num w:numId="8" w16cid:durableId="466242336">
    <w:abstractNumId w:val="1"/>
  </w:num>
  <w:num w:numId="9" w16cid:durableId="791286207">
    <w:abstractNumId w:val="0"/>
  </w:num>
  <w:num w:numId="10" w16cid:durableId="252128091">
    <w:abstractNumId w:val="13"/>
  </w:num>
  <w:num w:numId="11" w16cid:durableId="1246500256">
    <w:abstractNumId w:val="11"/>
  </w:num>
  <w:num w:numId="12" w16cid:durableId="2048095459">
    <w:abstractNumId w:val="9"/>
  </w:num>
  <w:num w:numId="13" w16cid:durableId="29034856">
    <w:abstractNumId w:val="10"/>
  </w:num>
  <w:num w:numId="14" w16cid:durableId="10382390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5BFF"/>
    <w:rsid w:val="0029639D"/>
    <w:rsid w:val="00322159"/>
    <w:rsid w:val="00326F90"/>
    <w:rsid w:val="003A644D"/>
    <w:rsid w:val="007F0612"/>
    <w:rsid w:val="00AA1D8D"/>
    <w:rsid w:val="00B47730"/>
    <w:rsid w:val="00CB0664"/>
    <w:rsid w:val="00D37C27"/>
    <w:rsid w:val="00DE2E3B"/>
    <w:rsid w:val="00EB18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C9EF0E"/>
  <w14:defaultImageDpi w14:val="300"/>
  <w15:docId w15:val="{3BA10B19-9260-43D0-A28E-096B9F52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22159"/>
    <w:rPr>
      <w:color w:val="0000FF" w:themeColor="hyperlink"/>
      <w:u w:val="single"/>
    </w:rPr>
  </w:style>
  <w:style w:type="character" w:styleId="UnresolvedMention">
    <w:name w:val="Unresolved Mention"/>
    <w:basedOn w:val="DefaultParagraphFont"/>
    <w:uiPriority w:val="99"/>
    <w:semiHidden/>
    <w:unhideWhenUsed/>
    <w:rsid w:val="00322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 Guanes Melgarejo</cp:lastModifiedBy>
  <cp:revision>2</cp:revision>
  <cp:lastPrinted>2026-07-06T18:04:00Z</cp:lastPrinted>
  <dcterms:created xsi:type="dcterms:W3CDTF">2026-07-06T18:21:00Z</dcterms:created>
  <dcterms:modified xsi:type="dcterms:W3CDTF">2026-07-06T18:21:00Z</dcterms:modified>
  <cp:category/>
</cp:coreProperties>
</file>